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0AE1E" w14:textId="77777777" w:rsidR="00BF5A3B" w:rsidRPr="00D548FB" w:rsidRDefault="00DF79C2">
      <w:pPr>
        <w:jc w:val="center"/>
        <w:rPr>
          <w:rFonts w:cs="Times New Roman"/>
          <w:sz w:val="22"/>
        </w:rPr>
      </w:pPr>
      <w:r w:rsidRPr="00D548FB">
        <w:rPr>
          <w:rFonts w:cs="Times New Roman"/>
          <w:b/>
          <w:sz w:val="22"/>
        </w:rPr>
        <w:t>ANNEX E: DECLARATION ON HONOUR AND CONFLICT OF INTEREST</w:t>
      </w:r>
    </w:p>
    <w:p w14:paraId="7BF49614" w14:textId="77777777" w:rsidR="00BF5A3B" w:rsidRPr="00D548FB" w:rsidRDefault="00DF79C2">
      <w:pPr>
        <w:jc w:val="center"/>
        <w:rPr>
          <w:rFonts w:cs="Times New Roman"/>
          <w:sz w:val="22"/>
        </w:rPr>
      </w:pPr>
      <w:r w:rsidRPr="00D548FB">
        <w:rPr>
          <w:rFonts w:cs="Times New Roman"/>
          <w:b/>
          <w:sz w:val="22"/>
        </w:rPr>
        <w:t>Small Grants Scheme – Beyond Barriers: Roma Resilience in the Western Balkans</w:t>
      </w:r>
    </w:p>
    <w:p w14:paraId="712E6DA8" w14:textId="77777777" w:rsidR="00BF5A3B" w:rsidRDefault="00DF79C2">
      <w:pPr>
        <w:pStyle w:val="Instruction"/>
        <w:rPr>
          <w:rFonts w:cs="Times New Roman"/>
          <w:sz w:val="22"/>
        </w:rPr>
      </w:pPr>
      <w:r w:rsidRPr="00D548FB">
        <w:rPr>
          <w:rFonts w:cs="Times New Roman"/>
          <w:sz w:val="22"/>
        </w:rPr>
        <w:t>To be completed and signed by the authorised representative of the Lead Applicant. Where required by the Guidelines, each Co-applicant and affiliated entity should submit a separate signed declaration. This form is adapted for the Small Grants Scheme from EU grant declaration principles under PRAG and the EU Financial Regulation.</w:t>
      </w:r>
    </w:p>
    <w:p w14:paraId="2B3BD67B" w14:textId="77777777" w:rsidR="00D548FB" w:rsidRPr="00D548FB" w:rsidRDefault="00D548FB">
      <w:pPr>
        <w:pStyle w:val="Instruction"/>
        <w:rPr>
          <w:rFonts w:cs="Times New Roman"/>
          <w:sz w:val="22"/>
        </w:rPr>
      </w:pPr>
    </w:p>
    <w:tbl>
      <w:tblPr>
        <w:tblStyle w:val="TableGrid"/>
        <w:tblW w:w="0" w:type="auto"/>
        <w:jc w:val="center"/>
        <w:tblLayout w:type="fixed"/>
        <w:tblLook w:val="04A0" w:firstRow="1" w:lastRow="0" w:firstColumn="1" w:lastColumn="0" w:noHBand="0" w:noVBand="1"/>
      </w:tblPr>
      <w:tblGrid>
        <w:gridCol w:w="3458"/>
        <w:gridCol w:w="6066"/>
      </w:tblGrid>
      <w:tr w:rsidR="00BF5A3B" w:rsidRPr="00D548FB" w14:paraId="30203408"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1D31B18E" w14:textId="77777777" w:rsidR="00BF5A3B" w:rsidRPr="00D548FB" w:rsidRDefault="00DF79C2">
            <w:pPr>
              <w:spacing w:after="0"/>
              <w:rPr>
                <w:rFonts w:cs="Times New Roman"/>
                <w:sz w:val="22"/>
              </w:rPr>
            </w:pPr>
            <w:r w:rsidRPr="00D548FB">
              <w:rPr>
                <w:rFonts w:cs="Times New Roman"/>
                <w:b/>
                <w:sz w:val="22"/>
              </w:rPr>
              <w:t>Title of proposed action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675613E" w14:textId="77777777" w:rsidR="00BF5A3B" w:rsidRPr="00D548FB" w:rsidRDefault="00BF5A3B">
            <w:pPr>
              <w:spacing w:after="0"/>
              <w:rPr>
                <w:rFonts w:cs="Times New Roman"/>
                <w:sz w:val="22"/>
              </w:rPr>
            </w:pPr>
          </w:p>
        </w:tc>
      </w:tr>
      <w:tr w:rsidR="00BF5A3B" w:rsidRPr="00D548FB" w14:paraId="632D3FBE"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5E78ECB3" w14:textId="77777777" w:rsidR="00BF5A3B" w:rsidRPr="00D548FB" w:rsidRDefault="00DF79C2">
            <w:pPr>
              <w:spacing w:after="0"/>
              <w:rPr>
                <w:rFonts w:cs="Times New Roman"/>
                <w:sz w:val="22"/>
              </w:rPr>
            </w:pPr>
            <w:r w:rsidRPr="00D548FB">
              <w:rPr>
                <w:rFonts w:cs="Times New Roman"/>
                <w:b/>
                <w:sz w:val="22"/>
              </w:rPr>
              <w:t>Name of organisation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01D680A" w14:textId="77777777" w:rsidR="00BF5A3B" w:rsidRPr="00D548FB" w:rsidRDefault="00BF5A3B">
            <w:pPr>
              <w:spacing w:after="0"/>
              <w:rPr>
                <w:rFonts w:cs="Times New Roman"/>
                <w:sz w:val="22"/>
              </w:rPr>
            </w:pPr>
          </w:p>
        </w:tc>
      </w:tr>
      <w:tr w:rsidR="00BF5A3B" w:rsidRPr="00D548FB" w14:paraId="7F5EFCE1"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59F33C61" w14:textId="77777777" w:rsidR="00BF5A3B" w:rsidRPr="00D548FB" w:rsidRDefault="00DF79C2">
            <w:pPr>
              <w:spacing w:after="0"/>
              <w:rPr>
                <w:rFonts w:cs="Times New Roman"/>
                <w:sz w:val="22"/>
              </w:rPr>
            </w:pPr>
            <w:r w:rsidRPr="00D548FB">
              <w:rPr>
                <w:rFonts w:cs="Times New Roman"/>
                <w:b/>
                <w:sz w:val="22"/>
              </w:rPr>
              <w:t>Role in the application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36045B4" w14:textId="77777777" w:rsidR="00BF5A3B" w:rsidRPr="00D548FB" w:rsidRDefault="00DF79C2">
            <w:pPr>
              <w:spacing w:after="0"/>
              <w:rPr>
                <w:rFonts w:cs="Times New Roman"/>
                <w:sz w:val="22"/>
              </w:rPr>
            </w:pPr>
            <w:r w:rsidRPr="00D548FB">
              <w:rPr>
                <w:rFonts w:ascii="Segoe UI Symbol" w:hAnsi="Segoe UI Symbol" w:cs="Segoe UI Symbol"/>
                <w:sz w:val="22"/>
              </w:rPr>
              <w:t>☐</w:t>
            </w:r>
            <w:r w:rsidRPr="00D548FB">
              <w:rPr>
                <w:rFonts w:cs="Times New Roman"/>
                <w:sz w:val="22"/>
              </w:rPr>
              <w:t xml:space="preserve"> Lead Applicant   </w:t>
            </w:r>
            <w:r w:rsidRPr="00D548FB">
              <w:rPr>
                <w:rFonts w:ascii="Segoe UI Symbol" w:hAnsi="Segoe UI Symbol" w:cs="Segoe UI Symbol"/>
                <w:sz w:val="22"/>
              </w:rPr>
              <w:t>☐</w:t>
            </w:r>
            <w:r w:rsidRPr="00D548FB">
              <w:rPr>
                <w:rFonts w:cs="Times New Roman"/>
                <w:sz w:val="22"/>
              </w:rPr>
              <w:t xml:space="preserve"> Co-applicant   </w:t>
            </w:r>
            <w:r w:rsidRPr="00D548FB">
              <w:rPr>
                <w:rFonts w:ascii="Segoe UI Symbol" w:hAnsi="Segoe UI Symbol" w:cs="Segoe UI Symbol"/>
                <w:sz w:val="22"/>
              </w:rPr>
              <w:t>☐</w:t>
            </w:r>
            <w:r w:rsidRPr="00D548FB">
              <w:rPr>
                <w:rFonts w:cs="Times New Roman"/>
                <w:sz w:val="22"/>
              </w:rPr>
              <w:t xml:space="preserve"> Affiliated entity</w:t>
            </w:r>
          </w:p>
        </w:tc>
      </w:tr>
      <w:tr w:rsidR="00BF5A3B" w:rsidRPr="00D548FB" w14:paraId="130CBB69"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7A18328E" w14:textId="77777777" w:rsidR="00BF5A3B" w:rsidRPr="00D548FB" w:rsidRDefault="00DF79C2">
            <w:pPr>
              <w:spacing w:after="0"/>
              <w:rPr>
                <w:rFonts w:cs="Times New Roman"/>
                <w:sz w:val="22"/>
              </w:rPr>
            </w:pPr>
            <w:r w:rsidRPr="00D548FB">
              <w:rPr>
                <w:rFonts w:cs="Times New Roman"/>
                <w:b/>
                <w:sz w:val="22"/>
              </w:rPr>
              <w:t>Country of registration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D58644E" w14:textId="77777777" w:rsidR="00BF5A3B" w:rsidRPr="00D548FB" w:rsidRDefault="00BF5A3B">
            <w:pPr>
              <w:spacing w:after="0"/>
              <w:rPr>
                <w:rFonts w:cs="Times New Roman"/>
                <w:sz w:val="22"/>
              </w:rPr>
            </w:pPr>
          </w:p>
        </w:tc>
      </w:tr>
      <w:tr w:rsidR="00BF5A3B" w:rsidRPr="00D548FB" w14:paraId="03C65C66"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6A7E7206" w14:textId="77777777" w:rsidR="00BF5A3B" w:rsidRPr="00D548FB" w:rsidRDefault="00DF79C2">
            <w:pPr>
              <w:spacing w:after="0"/>
              <w:rPr>
                <w:rFonts w:cs="Times New Roman"/>
                <w:sz w:val="22"/>
              </w:rPr>
            </w:pPr>
            <w:r w:rsidRPr="00D548FB">
              <w:rPr>
                <w:rFonts w:cs="Times New Roman"/>
                <w:b/>
                <w:sz w:val="22"/>
              </w:rPr>
              <w:t>Main registration number</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FE949F1" w14:textId="77777777" w:rsidR="00BF5A3B" w:rsidRPr="00D548FB" w:rsidRDefault="00BF5A3B">
            <w:pPr>
              <w:spacing w:after="0"/>
              <w:rPr>
                <w:rFonts w:cs="Times New Roman"/>
                <w:sz w:val="22"/>
              </w:rPr>
            </w:pPr>
          </w:p>
        </w:tc>
      </w:tr>
      <w:tr w:rsidR="00BF5A3B" w:rsidRPr="00D548FB" w14:paraId="305E0320"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6BD37138" w14:textId="77777777" w:rsidR="00BF5A3B" w:rsidRPr="00D548FB" w:rsidRDefault="00DF79C2">
            <w:pPr>
              <w:spacing w:after="0"/>
              <w:rPr>
                <w:rFonts w:cs="Times New Roman"/>
                <w:sz w:val="22"/>
              </w:rPr>
            </w:pPr>
            <w:r w:rsidRPr="00D548FB">
              <w:rPr>
                <w:rFonts w:cs="Times New Roman"/>
                <w:b/>
                <w:sz w:val="22"/>
              </w:rPr>
              <w:t>Requested grant amount</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9AB6C14" w14:textId="77777777" w:rsidR="00BF5A3B" w:rsidRPr="00D548FB" w:rsidRDefault="00DF79C2">
            <w:pPr>
              <w:spacing w:after="0"/>
              <w:rPr>
                <w:rFonts w:cs="Times New Roman"/>
                <w:sz w:val="22"/>
              </w:rPr>
            </w:pPr>
            <w:r w:rsidRPr="00D548FB">
              <w:rPr>
                <w:rFonts w:cs="Times New Roman"/>
                <w:sz w:val="22"/>
              </w:rPr>
              <w:t>EUR 20,000</w:t>
            </w:r>
          </w:p>
        </w:tc>
      </w:tr>
    </w:tbl>
    <w:p w14:paraId="5E530BF6" w14:textId="77777777" w:rsidR="00D548FB" w:rsidRDefault="00D548FB" w:rsidP="00D548FB"/>
    <w:p w14:paraId="7892B86F" w14:textId="77777777" w:rsidR="00D548FB" w:rsidRDefault="00D548FB" w:rsidP="00D548FB"/>
    <w:p w14:paraId="217F6D68" w14:textId="77777777" w:rsidR="00D548FB" w:rsidRDefault="00D548FB" w:rsidP="00D548FB"/>
    <w:p w14:paraId="5F9B3764" w14:textId="77777777" w:rsidR="00D548FB" w:rsidRDefault="00D548FB" w:rsidP="00D548FB"/>
    <w:p w14:paraId="48EB7F18" w14:textId="77777777" w:rsidR="00D548FB" w:rsidRDefault="00D548FB" w:rsidP="00D548FB"/>
    <w:p w14:paraId="3DF99469" w14:textId="77777777" w:rsidR="00D548FB" w:rsidRDefault="00D548FB" w:rsidP="00D548FB"/>
    <w:p w14:paraId="069BF060" w14:textId="77777777" w:rsidR="00D548FB" w:rsidRDefault="00D548FB" w:rsidP="00D548FB"/>
    <w:p w14:paraId="57FA71B4" w14:textId="77777777" w:rsidR="00D548FB" w:rsidRDefault="00D548FB" w:rsidP="00D548FB"/>
    <w:p w14:paraId="2E0839E7" w14:textId="77777777" w:rsidR="00D548FB" w:rsidRDefault="00D548FB" w:rsidP="00D548FB"/>
    <w:p w14:paraId="43570EC3" w14:textId="77777777" w:rsidR="00D548FB" w:rsidRDefault="00D548FB" w:rsidP="00D548FB"/>
    <w:p w14:paraId="4F86447A" w14:textId="77777777" w:rsidR="00D548FB" w:rsidRDefault="00D548FB" w:rsidP="00D548FB"/>
    <w:p w14:paraId="6119340C" w14:textId="77777777" w:rsidR="00D548FB" w:rsidRDefault="00D548FB" w:rsidP="00D548FB"/>
    <w:p w14:paraId="437472F4" w14:textId="77777777" w:rsidR="00D548FB" w:rsidRDefault="00D548FB" w:rsidP="00D548FB"/>
    <w:p w14:paraId="4EB100FE" w14:textId="77777777" w:rsidR="00D548FB" w:rsidRDefault="00D548FB" w:rsidP="00D548FB"/>
    <w:p w14:paraId="02649F47" w14:textId="77777777" w:rsidR="00D548FB" w:rsidRDefault="00D548FB" w:rsidP="00D548FB"/>
    <w:p w14:paraId="364F8A30" w14:textId="77777777" w:rsidR="00D548FB" w:rsidRDefault="00D548FB" w:rsidP="00D548FB"/>
    <w:p w14:paraId="0CAA602A" w14:textId="77777777" w:rsidR="00D548FB" w:rsidRDefault="00D548FB" w:rsidP="00D548FB"/>
    <w:p w14:paraId="1EE13308" w14:textId="77777777" w:rsidR="00D548FB" w:rsidRDefault="00D548FB" w:rsidP="00D548FB"/>
    <w:p w14:paraId="0D4B5FB5" w14:textId="77777777" w:rsidR="00D548FB" w:rsidRDefault="00D548FB" w:rsidP="00D548FB"/>
    <w:p w14:paraId="5B0FC5FF" w14:textId="77777777" w:rsidR="00D548FB" w:rsidRDefault="00D548FB" w:rsidP="00D548FB"/>
    <w:p w14:paraId="32AD36A9" w14:textId="77777777" w:rsidR="00D548FB" w:rsidRDefault="00D548FB" w:rsidP="00D548FB"/>
    <w:p w14:paraId="184305AD" w14:textId="77777777" w:rsidR="00D548FB" w:rsidRDefault="00D548FB" w:rsidP="00D548FB"/>
    <w:p w14:paraId="7A1F618F" w14:textId="77777777" w:rsidR="00D548FB" w:rsidRDefault="00D548FB" w:rsidP="00D548FB"/>
    <w:p w14:paraId="7BA7F143" w14:textId="77777777" w:rsidR="00D548FB" w:rsidRDefault="00D548FB" w:rsidP="00D548FB"/>
    <w:p w14:paraId="3EF6B624" w14:textId="77777777" w:rsidR="00D548FB" w:rsidRDefault="00D548FB" w:rsidP="00D548FB"/>
    <w:p w14:paraId="02120C53" w14:textId="77777777" w:rsidR="00D548FB" w:rsidRDefault="00D548FB" w:rsidP="00D548FB"/>
    <w:p w14:paraId="175D3FB2" w14:textId="77777777" w:rsidR="00D548FB" w:rsidRDefault="00D548FB" w:rsidP="00D548FB"/>
    <w:p w14:paraId="05B19FBB" w14:textId="77777777" w:rsidR="00D548FB" w:rsidRDefault="00D548FB" w:rsidP="00D548FB"/>
    <w:p w14:paraId="3FF19CEC" w14:textId="77777777" w:rsidR="00D548FB" w:rsidRDefault="00D548FB" w:rsidP="00D548FB"/>
    <w:p w14:paraId="1A322CCA" w14:textId="77777777" w:rsidR="00D548FB" w:rsidRDefault="00D548FB" w:rsidP="00D548FB"/>
    <w:p w14:paraId="4988F875" w14:textId="77777777" w:rsidR="00D548FB" w:rsidRDefault="00D548FB" w:rsidP="00D548FB"/>
    <w:p w14:paraId="5B6392DD" w14:textId="77777777" w:rsidR="00D548FB" w:rsidRDefault="00D548FB" w:rsidP="00D548FB"/>
    <w:p w14:paraId="0186408A" w14:textId="77777777" w:rsidR="00D548FB" w:rsidRDefault="00D548FB" w:rsidP="00D548FB"/>
    <w:p w14:paraId="7ACB69E9" w14:textId="77777777" w:rsidR="00D548FB" w:rsidRDefault="00D548FB" w:rsidP="00D548FB"/>
    <w:p w14:paraId="21AA9D85" w14:textId="319FE64E" w:rsidR="00BF5A3B" w:rsidRPr="00D548FB" w:rsidRDefault="00DF79C2">
      <w:pPr>
        <w:pStyle w:val="Heading1"/>
        <w:rPr>
          <w:rFonts w:ascii="Times New Roman" w:hAnsi="Times New Roman" w:cs="Times New Roman"/>
          <w:sz w:val="22"/>
          <w:szCs w:val="22"/>
        </w:rPr>
      </w:pPr>
      <w:r w:rsidRPr="00D548FB">
        <w:rPr>
          <w:rFonts w:ascii="Times New Roman" w:hAnsi="Times New Roman" w:cs="Times New Roman"/>
          <w:sz w:val="22"/>
          <w:szCs w:val="22"/>
        </w:rPr>
        <w:t xml:space="preserve">E.1 Declaration </w:t>
      </w:r>
      <w:proofErr w:type="gramStart"/>
      <w:r w:rsidRPr="00D548FB">
        <w:rPr>
          <w:rFonts w:ascii="Times New Roman" w:hAnsi="Times New Roman" w:cs="Times New Roman"/>
          <w:sz w:val="22"/>
          <w:szCs w:val="22"/>
        </w:rPr>
        <w:t>on</w:t>
      </w:r>
      <w:proofErr w:type="gramEnd"/>
      <w:r w:rsidRPr="00D548FB">
        <w:rPr>
          <w:rFonts w:ascii="Times New Roman" w:hAnsi="Times New Roman" w:cs="Times New Roman"/>
          <w:sz w:val="22"/>
          <w:szCs w:val="22"/>
        </w:rPr>
        <w:t xml:space="preserve"> Honour</w:t>
      </w:r>
    </w:p>
    <w:p w14:paraId="2969C851" w14:textId="77777777" w:rsidR="00BF5A3B" w:rsidRPr="00D548FB" w:rsidRDefault="00DF79C2">
      <w:pPr>
        <w:spacing w:after="100"/>
        <w:rPr>
          <w:rFonts w:cs="Times New Roman"/>
          <w:sz w:val="22"/>
        </w:rPr>
      </w:pPr>
      <w:r w:rsidRPr="00D548FB">
        <w:rPr>
          <w:rFonts w:cs="Times New Roman"/>
          <w:sz w:val="22"/>
        </w:rPr>
        <w:t xml:space="preserve">I, the undersigned, acting as the authorised representative of the organisation identified above, declare </w:t>
      </w:r>
      <w:proofErr w:type="gramStart"/>
      <w:r w:rsidRPr="00D548FB">
        <w:rPr>
          <w:rFonts w:cs="Times New Roman"/>
          <w:sz w:val="22"/>
        </w:rPr>
        <w:t>on</w:t>
      </w:r>
      <w:proofErr w:type="gramEnd"/>
      <w:r w:rsidRPr="00D548FB">
        <w:rPr>
          <w:rFonts w:cs="Times New Roman"/>
          <w:sz w:val="22"/>
        </w:rPr>
        <w:t xml:space="preserve"> my honour that:</w:t>
      </w:r>
    </w:p>
    <w:p w14:paraId="5A368C76" w14:textId="77777777" w:rsidR="00BF5A3B" w:rsidRPr="00D548FB" w:rsidRDefault="00DF79C2">
      <w:pPr>
        <w:ind w:left="369" w:hanging="369"/>
        <w:rPr>
          <w:rFonts w:cs="Times New Roman"/>
          <w:sz w:val="22"/>
        </w:rPr>
      </w:pPr>
      <w:r w:rsidRPr="00D548FB">
        <w:rPr>
          <w:rFonts w:cs="Times New Roman"/>
          <w:b/>
          <w:sz w:val="22"/>
        </w:rPr>
        <w:t xml:space="preserve">1. </w:t>
      </w:r>
      <w:r w:rsidRPr="00D548FB">
        <w:rPr>
          <w:rFonts w:cs="Times New Roman"/>
          <w:sz w:val="22"/>
        </w:rPr>
        <w:t>the information and supporting documents submitted with the application are accurate, complete and not misleading to the best of my knowledge;</w:t>
      </w:r>
    </w:p>
    <w:p w14:paraId="79B77E2E" w14:textId="77777777" w:rsidR="00BF5A3B" w:rsidRPr="00D548FB" w:rsidRDefault="00DF79C2">
      <w:pPr>
        <w:ind w:left="369" w:hanging="369"/>
        <w:rPr>
          <w:rFonts w:cs="Times New Roman"/>
          <w:sz w:val="22"/>
        </w:rPr>
      </w:pPr>
      <w:r w:rsidRPr="00D548FB">
        <w:rPr>
          <w:rFonts w:cs="Times New Roman"/>
          <w:b/>
          <w:sz w:val="22"/>
        </w:rPr>
        <w:t xml:space="preserve">2. </w:t>
      </w:r>
      <w:r w:rsidRPr="00D548FB">
        <w:rPr>
          <w:rFonts w:cs="Times New Roman"/>
          <w:sz w:val="22"/>
        </w:rPr>
        <w:t>the organisation is legally established and meets the eligibility requirements set out in the Guidelines for Applicants;</w:t>
      </w:r>
    </w:p>
    <w:p w14:paraId="0F709975" w14:textId="77777777" w:rsidR="00BF5A3B" w:rsidRPr="00D548FB" w:rsidRDefault="00DF79C2">
      <w:pPr>
        <w:ind w:left="369" w:hanging="369"/>
        <w:rPr>
          <w:rFonts w:cs="Times New Roman"/>
          <w:sz w:val="22"/>
        </w:rPr>
      </w:pPr>
      <w:r w:rsidRPr="00D548FB">
        <w:rPr>
          <w:rFonts w:cs="Times New Roman"/>
          <w:b/>
          <w:sz w:val="22"/>
        </w:rPr>
        <w:t xml:space="preserve">3. </w:t>
      </w:r>
      <w:r w:rsidRPr="00D548FB">
        <w:rPr>
          <w:rFonts w:cs="Times New Roman"/>
          <w:sz w:val="22"/>
        </w:rPr>
        <w:t>the organisation has, or will make available, the operational and financial capacity necessary to implement the proposed action in accordance with the application and grant conditions;</w:t>
      </w:r>
    </w:p>
    <w:p w14:paraId="6DBBE2F6" w14:textId="77777777" w:rsidR="00BF5A3B" w:rsidRPr="00D548FB" w:rsidRDefault="00DF79C2">
      <w:pPr>
        <w:ind w:left="369" w:hanging="369"/>
        <w:rPr>
          <w:rFonts w:cs="Times New Roman"/>
          <w:sz w:val="22"/>
        </w:rPr>
      </w:pPr>
      <w:r w:rsidRPr="00D548FB">
        <w:rPr>
          <w:rFonts w:cs="Times New Roman"/>
          <w:b/>
          <w:sz w:val="22"/>
        </w:rPr>
        <w:t xml:space="preserve">4. </w:t>
      </w:r>
      <w:r w:rsidRPr="00D548FB">
        <w:rPr>
          <w:rFonts w:cs="Times New Roman"/>
          <w:sz w:val="22"/>
        </w:rPr>
        <w:t>the organisation can provide the legal, financial, banking and other supporting documents required for verification before contracting or payment;</w:t>
      </w:r>
    </w:p>
    <w:p w14:paraId="5BFEDFD1" w14:textId="77777777" w:rsidR="00BF5A3B" w:rsidRPr="00D548FB" w:rsidRDefault="00DF79C2">
      <w:pPr>
        <w:ind w:left="369" w:hanging="369"/>
        <w:rPr>
          <w:rFonts w:cs="Times New Roman"/>
          <w:sz w:val="22"/>
        </w:rPr>
      </w:pPr>
      <w:r w:rsidRPr="00D548FB">
        <w:rPr>
          <w:rFonts w:cs="Times New Roman"/>
          <w:b/>
          <w:sz w:val="22"/>
        </w:rPr>
        <w:t xml:space="preserve">5. </w:t>
      </w:r>
      <w:r w:rsidRPr="00D548FB">
        <w:rPr>
          <w:rFonts w:cs="Times New Roman"/>
          <w:sz w:val="22"/>
        </w:rPr>
        <w:t>the organisation and, to the best of my knowledge, persons with powers of representation, decision-making or control are not in an exclusion situation under the applicable EU/PRAG rules, including situations related to insolvency, grave professional misconduct, fraud, corruption, criminal organisation, money laundering, terrorist financing, non-payment of taxes or social-security contributions, or serious breach of contractual obligations;</w:t>
      </w:r>
    </w:p>
    <w:p w14:paraId="5BDD36DB" w14:textId="77777777" w:rsidR="00BF5A3B" w:rsidRPr="00D548FB" w:rsidRDefault="00DF79C2">
      <w:pPr>
        <w:ind w:left="369" w:hanging="369"/>
        <w:rPr>
          <w:rFonts w:cs="Times New Roman"/>
          <w:sz w:val="22"/>
        </w:rPr>
      </w:pPr>
      <w:r w:rsidRPr="00D548FB">
        <w:rPr>
          <w:rFonts w:cs="Times New Roman"/>
          <w:b/>
          <w:sz w:val="22"/>
        </w:rPr>
        <w:t xml:space="preserve">6. </w:t>
      </w:r>
      <w:proofErr w:type="gramStart"/>
      <w:r w:rsidRPr="00D548FB">
        <w:rPr>
          <w:rFonts w:cs="Times New Roman"/>
          <w:sz w:val="22"/>
        </w:rPr>
        <w:t>the</w:t>
      </w:r>
      <w:proofErr w:type="gramEnd"/>
      <w:r w:rsidRPr="00D548FB">
        <w:rPr>
          <w:rFonts w:cs="Times New Roman"/>
          <w:sz w:val="22"/>
        </w:rPr>
        <w:t xml:space="preserve"> organisation is not subject to applicable EU restrictive measures that would prevent participation in, or receipt of funds under, this grant procedure;</w:t>
      </w:r>
    </w:p>
    <w:p w14:paraId="508E58E8" w14:textId="77777777" w:rsidR="00BF5A3B" w:rsidRPr="00D548FB" w:rsidRDefault="00DF79C2">
      <w:pPr>
        <w:ind w:left="369" w:hanging="369"/>
        <w:rPr>
          <w:rFonts w:cs="Times New Roman"/>
          <w:sz w:val="22"/>
        </w:rPr>
      </w:pPr>
      <w:r w:rsidRPr="00D548FB">
        <w:rPr>
          <w:rFonts w:cs="Times New Roman"/>
          <w:b/>
          <w:sz w:val="22"/>
        </w:rPr>
        <w:t xml:space="preserve">7. </w:t>
      </w:r>
      <w:r w:rsidRPr="00D548FB">
        <w:rPr>
          <w:rFonts w:cs="Times New Roman"/>
          <w:sz w:val="22"/>
        </w:rPr>
        <w:t>the same costs will not be financed twice from this grant and another donor or EU-funded source;</w:t>
      </w:r>
    </w:p>
    <w:p w14:paraId="7FF5A4F4" w14:textId="77777777" w:rsidR="00BF5A3B" w:rsidRPr="00D548FB" w:rsidRDefault="00DF79C2">
      <w:pPr>
        <w:ind w:left="369" w:hanging="369"/>
        <w:rPr>
          <w:rFonts w:cs="Times New Roman"/>
          <w:sz w:val="22"/>
        </w:rPr>
      </w:pPr>
      <w:r w:rsidRPr="00D548FB">
        <w:rPr>
          <w:rFonts w:cs="Times New Roman"/>
          <w:b/>
          <w:sz w:val="22"/>
        </w:rPr>
        <w:t xml:space="preserve">8. </w:t>
      </w:r>
      <w:proofErr w:type="gramStart"/>
      <w:r w:rsidRPr="00D548FB">
        <w:rPr>
          <w:rFonts w:cs="Times New Roman"/>
          <w:sz w:val="22"/>
        </w:rPr>
        <w:t>the</w:t>
      </w:r>
      <w:proofErr w:type="gramEnd"/>
      <w:r w:rsidRPr="00D548FB">
        <w:rPr>
          <w:rFonts w:cs="Times New Roman"/>
          <w:sz w:val="22"/>
        </w:rPr>
        <w:t xml:space="preserve"> organisation will promptly inform the Contracting Authority / grant manager if any relevant circumstance changes before award or during implementation.</w:t>
      </w:r>
    </w:p>
    <w:p w14:paraId="0DC61B55" w14:textId="77777777" w:rsidR="00BF5A3B" w:rsidRPr="00D548FB" w:rsidRDefault="00DF79C2">
      <w:pPr>
        <w:pStyle w:val="Heading1"/>
        <w:rPr>
          <w:rFonts w:ascii="Times New Roman" w:hAnsi="Times New Roman" w:cs="Times New Roman"/>
          <w:sz w:val="22"/>
          <w:szCs w:val="22"/>
        </w:rPr>
      </w:pPr>
      <w:r w:rsidRPr="00D548FB">
        <w:rPr>
          <w:rFonts w:ascii="Times New Roman" w:hAnsi="Times New Roman" w:cs="Times New Roman"/>
          <w:sz w:val="22"/>
          <w:szCs w:val="22"/>
        </w:rPr>
        <w:t>E.2 Conflict of Interest Declaration</w:t>
      </w:r>
    </w:p>
    <w:p w14:paraId="04133492" w14:textId="77777777" w:rsidR="00BF5A3B" w:rsidRPr="00D548FB" w:rsidRDefault="00DF79C2">
      <w:pPr>
        <w:pStyle w:val="Instruction"/>
        <w:rPr>
          <w:rFonts w:cs="Times New Roman"/>
          <w:sz w:val="22"/>
        </w:rPr>
      </w:pPr>
      <w:r w:rsidRPr="00D548FB">
        <w:rPr>
          <w:rFonts w:cs="Times New Roman"/>
          <w:sz w:val="22"/>
        </w:rPr>
        <w:t>A conflict of interest may exist where impartial and objective participation in the award procedure or implementation of the action could be compromised by family, personal, political, national, economic, professional or other shared interests. Actual, potential and perceived conflicts should be disclosed.</w:t>
      </w:r>
    </w:p>
    <w:p w14:paraId="6FD46A5A" w14:textId="77777777" w:rsidR="00BF5A3B" w:rsidRPr="00D548FB" w:rsidRDefault="00DF79C2">
      <w:pPr>
        <w:ind w:left="113"/>
        <w:rPr>
          <w:rFonts w:cs="Times New Roman"/>
          <w:sz w:val="22"/>
        </w:rPr>
      </w:pPr>
      <w:r w:rsidRPr="00D548FB">
        <w:rPr>
          <w:rFonts w:ascii="Segoe UI Symbol" w:hAnsi="Segoe UI Symbol" w:cs="Segoe UI Symbol"/>
          <w:sz w:val="22"/>
        </w:rPr>
        <w:t>☐</w:t>
      </w:r>
      <w:r w:rsidRPr="00D548FB">
        <w:rPr>
          <w:rFonts w:cs="Times New Roman"/>
          <w:sz w:val="22"/>
        </w:rPr>
        <w:t xml:space="preserve"> </w:t>
      </w:r>
      <w:r w:rsidRPr="00D548FB">
        <w:rPr>
          <w:rFonts w:cs="Times New Roman"/>
          <w:sz w:val="22"/>
        </w:rPr>
        <w:t xml:space="preserve">I confirm that, to the best of my knowledge, neither the organisation nor the </w:t>
      </w:r>
      <w:proofErr w:type="gramStart"/>
      <w:r w:rsidRPr="00D548FB">
        <w:rPr>
          <w:rFonts w:cs="Times New Roman"/>
          <w:sz w:val="22"/>
        </w:rPr>
        <w:t>persons</w:t>
      </w:r>
      <w:proofErr w:type="gramEnd"/>
      <w:r w:rsidRPr="00D548FB">
        <w:rPr>
          <w:rFonts w:cs="Times New Roman"/>
          <w:sz w:val="22"/>
        </w:rPr>
        <w:t xml:space="preserve"> directly involved in preparing this application are affected by an undisclosed conflict of interest in relation to this grant award procedure.</w:t>
      </w:r>
    </w:p>
    <w:p w14:paraId="4300EA11" w14:textId="77777777" w:rsidR="00BF5A3B" w:rsidRPr="00D548FB" w:rsidRDefault="00DF79C2">
      <w:pPr>
        <w:ind w:left="113"/>
        <w:rPr>
          <w:rFonts w:cs="Times New Roman"/>
          <w:sz w:val="22"/>
        </w:rPr>
      </w:pPr>
      <w:r w:rsidRPr="00D548FB">
        <w:rPr>
          <w:rFonts w:ascii="Segoe UI Symbol" w:hAnsi="Segoe UI Symbol" w:cs="Segoe UI Symbol"/>
          <w:sz w:val="22"/>
        </w:rPr>
        <w:t>☐</w:t>
      </w:r>
      <w:r w:rsidRPr="00D548FB">
        <w:rPr>
          <w:rFonts w:cs="Times New Roman"/>
          <w:sz w:val="22"/>
        </w:rPr>
        <w:t xml:space="preserve"> I confirm that no person involved in this application has improperly influenced, or attempted to influence, the preparation of the call, the evaluation process or the award decision.</w:t>
      </w:r>
    </w:p>
    <w:p w14:paraId="15207342" w14:textId="77777777" w:rsidR="00BF5A3B" w:rsidRPr="00D548FB" w:rsidRDefault="00DF79C2">
      <w:pPr>
        <w:ind w:left="113"/>
        <w:rPr>
          <w:rFonts w:cs="Times New Roman"/>
          <w:sz w:val="22"/>
        </w:rPr>
      </w:pPr>
      <w:r w:rsidRPr="00D548FB">
        <w:rPr>
          <w:rFonts w:ascii="Segoe UI Symbol" w:hAnsi="Segoe UI Symbol" w:cs="Segoe UI Symbol"/>
          <w:sz w:val="22"/>
        </w:rPr>
        <w:t>☐</w:t>
      </w:r>
      <w:r w:rsidRPr="00D548FB">
        <w:rPr>
          <w:rFonts w:cs="Times New Roman"/>
          <w:sz w:val="22"/>
        </w:rPr>
        <w:t xml:space="preserve"> </w:t>
      </w:r>
      <w:r w:rsidRPr="00D548FB">
        <w:rPr>
          <w:rFonts w:cs="Times New Roman"/>
          <w:sz w:val="22"/>
        </w:rPr>
        <w:t>I undertake to disclose without delay any actual, potential or perceived conflict of interest that arises during the award procedure or implementation of the grant.</w:t>
      </w:r>
    </w:p>
    <w:p w14:paraId="18F25FBB" w14:textId="77777777" w:rsidR="00BF5A3B" w:rsidRPr="00D548FB" w:rsidRDefault="00DF79C2">
      <w:pPr>
        <w:ind w:left="113"/>
        <w:rPr>
          <w:rFonts w:cs="Times New Roman"/>
          <w:sz w:val="22"/>
        </w:rPr>
      </w:pPr>
      <w:r w:rsidRPr="00D548FB">
        <w:rPr>
          <w:rFonts w:ascii="Segoe UI Symbol" w:hAnsi="Segoe UI Symbol" w:cs="Segoe UI Symbol"/>
          <w:sz w:val="22"/>
        </w:rPr>
        <w:t>☐</w:t>
      </w:r>
      <w:r w:rsidRPr="00D548FB">
        <w:rPr>
          <w:rFonts w:cs="Times New Roman"/>
          <w:sz w:val="22"/>
        </w:rPr>
        <w:t xml:space="preserve"> I understand that failure to disclose a conflict of interest may lead to rejection, termination, recovery of funds or other measures under the applicable rules and grant agreement.</w:t>
      </w:r>
    </w:p>
    <w:p w14:paraId="254F379E" w14:textId="77777777" w:rsidR="00BF5A3B" w:rsidRPr="00D548FB" w:rsidRDefault="00DF79C2">
      <w:pPr>
        <w:pStyle w:val="Heading1"/>
        <w:rPr>
          <w:rFonts w:ascii="Times New Roman" w:hAnsi="Times New Roman" w:cs="Times New Roman"/>
          <w:sz w:val="22"/>
          <w:szCs w:val="22"/>
        </w:rPr>
      </w:pPr>
      <w:r w:rsidRPr="00D548FB">
        <w:rPr>
          <w:rFonts w:ascii="Times New Roman" w:hAnsi="Times New Roman" w:cs="Times New Roman"/>
          <w:sz w:val="22"/>
          <w:szCs w:val="22"/>
        </w:rPr>
        <w:t>E.3 Disclosure, if Applicable</w:t>
      </w:r>
    </w:p>
    <w:tbl>
      <w:tblPr>
        <w:tblStyle w:val="TableGrid"/>
        <w:tblW w:w="0" w:type="auto"/>
        <w:jc w:val="center"/>
        <w:tblLayout w:type="fixed"/>
        <w:tblLook w:val="04A0" w:firstRow="1" w:lastRow="0" w:firstColumn="1" w:lastColumn="0" w:noHBand="0" w:noVBand="1"/>
      </w:tblPr>
      <w:tblGrid>
        <w:gridCol w:w="4082"/>
        <w:gridCol w:w="5443"/>
      </w:tblGrid>
      <w:tr w:rsidR="00BF5A3B" w:rsidRPr="00D548FB" w14:paraId="5B6264BF" w14:textId="77777777">
        <w:trPr>
          <w:cantSplit/>
          <w:tblHeader/>
          <w:jc w:val="center"/>
        </w:trPr>
        <w:tc>
          <w:tcPr>
            <w:tcW w:w="4082"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6B156217" w14:textId="77777777" w:rsidR="00BF5A3B" w:rsidRPr="00D548FB" w:rsidRDefault="00DF79C2">
            <w:pPr>
              <w:spacing w:after="0"/>
              <w:rPr>
                <w:rFonts w:cs="Times New Roman"/>
                <w:sz w:val="22"/>
              </w:rPr>
            </w:pPr>
            <w:r w:rsidRPr="00D548FB">
              <w:rPr>
                <w:rFonts w:cs="Times New Roman"/>
                <w:b/>
                <w:sz w:val="22"/>
              </w:rPr>
              <w:t>Question</w:t>
            </w:r>
          </w:p>
        </w:tc>
        <w:tc>
          <w:tcPr>
            <w:tcW w:w="5443"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2E610750" w14:textId="77777777" w:rsidR="00BF5A3B" w:rsidRPr="00D548FB" w:rsidRDefault="00DF79C2">
            <w:pPr>
              <w:spacing w:after="0"/>
              <w:rPr>
                <w:rFonts w:cs="Times New Roman"/>
                <w:sz w:val="22"/>
              </w:rPr>
            </w:pPr>
            <w:r w:rsidRPr="00D548FB">
              <w:rPr>
                <w:rFonts w:cs="Times New Roman"/>
                <w:b/>
                <w:sz w:val="22"/>
              </w:rPr>
              <w:t>Response</w:t>
            </w:r>
          </w:p>
        </w:tc>
      </w:tr>
      <w:tr w:rsidR="00BF5A3B" w:rsidRPr="00D548FB" w14:paraId="7E4E84D0" w14:textId="77777777">
        <w:trPr>
          <w:cantSplit/>
          <w:jc w:val="center"/>
        </w:trPr>
        <w:tc>
          <w:tcPr>
            <w:tcW w:w="4082"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8BFE7AC" w14:textId="77777777" w:rsidR="00BF5A3B" w:rsidRPr="00D548FB" w:rsidRDefault="00DF79C2">
            <w:pPr>
              <w:spacing w:after="0"/>
              <w:rPr>
                <w:rFonts w:cs="Times New Roman"/>
                <w:sz w:val="22"/>
              </w:rPr>
            </w:pPr>
            <w:r w:rsidRPr="00D548FB">
              <w:rPr>
                <w:rFonts w:cs="Times New Roman"/>
                <w:b/>
                <w:sz w:val="22"/>
              </w:rPr>
              <w:t>Is there any actual, potential or perceived conflict of interest to disclose?</w:t>
            </w:r>
          </w:p>
        </w:tc>
        <w:tc>
          <w:tcPr>
            <w:tcW w:w="5443"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527AE18" w14:textId="77777777" w:rsidR="00BF5A3B" w:rsidRPr="00D548FB" w:rsidRDefault="00DF79C2">
            <w:pPr>
              <w:spacing w:after="0"/>
              <w:rPr>
                <w:rFonts w:cs="Times New Roman"/>
                <w:sz w:val="22"/>
              </w:rPr>
            </w:pPr>
            <w:r w:rsidRPr="00D548FB">
              <w:rPr>
                <w:rFonts w:ascii="Segoe UI Symbol" w:hAnsi="Segoe UI Symbol" w:cs="Segoe UI Symbol"/>
                <w:sz w:val="22"/>
              </w:rPr>
              <w:t>☐</w:t>
            </w:r>
            <w:r w:rsidRPr="00D548FB">
              <w:rPr>
                <w:rFonts w:cs="Times New Roman"/>
                <w:sz w:val="22"/>
              </w:rPr>
              <w:t xml:space="preserve"> No   </w:t>
            </w:r>
            <w:r w:rsidRPr="00D548FB">
              <w:rPr>
                <w:rFonts w:ascii="Segoe UI Symbol" w:hAnsi="Segoe UI Symbol" w:cs="Segoe UI Symbol"/>
                <w:sz w:val="22"/>
              </w:rPr>
              <w:t>☐</w:t>
            </w:r>
            <w:r w:rsidRPr="00D548FB">
              <w:rPr>
                <w:rFonts w:cs="Times New Roman"/>
                <w:sz w:val="22"/>
              </w:rPr>
              <w:t xml:space="preserve"> Yes</w:t>
            </w:r>
          </w:p>
        </w:tc>
      </w:tr>
      <w:tr w:rsidR="00BF5A3B" w:rsidRPr="00D548FB" w14:paraId="3E14AD8B" w14:textId="77777777">
        <w:trPr>
          <w:cantSplit/>
          <w:jc w:val="center"/>
        </w:trPr>
        <w:tc>
          <w:tcPr>
            <w:tcW w:w="4082"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54A2550" w14:textId="77777777" w:rsidR="00BF5A3B" w:rsidRPr="00D548FB" w:rsidRDefault="00DF79C2">
            <w:pPr>
              <w:spacing w:after="0"/>
              <w:rPr>
                <w:rFonts w:cs="Times New Roman"/>
                <w:sz w:val="22"/>
              </w:rPr>
            </w:pPr>
            <w:r w:rsidRPr="00D548FB">
              <w:rPr>
                <w:rFonts w:cs="Times New Roman"/>
                <w:b/>
                <w:sz w:val="22"/>
              </w:rPr>
              <w:t>If yes, identify the person/entity and describe the nature of the relationship or interest.</w:t>
            </w:r>
          </w:p>
        </w:tc>
        <w:tc>
          <w:tcPr>
            <w:tcW w:w="5443"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8862A62" w14:textId="77777777" w:rsidR="00BF5A3B" w:rsidRPr="00D548FB" w:rsidRDefault="00BF5A3B">
            <w:pPr>
              <w:spacing w:after="0"/>
              <w:rPr>
                <w:rFonts w:cs="Times New Roman"/>
                <w:sz w:val="22"/>
              </w:rPr>
            </w:pPr>
          </w:p>
        </w:tc>
      </w:tr>
      <w:tr w:rsidR="00BF5A3B" w:rsidRPr="00D548FB" w14:paraId="21B77BE8" w14:textId="77777777">
        <w:trPr>
          <w:cantSplit/>
          <w:jc w:val="center"/>
        </w:trPr>
        <w:tc>
          <w:tcPr>
            <w:tcW w:w="4082"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A529353" w14:textId="77777777" w:rsidR="00BF5A3B" w:rsidRPr="00D548FB" w:rsidRDefault="00DF79C2">
            <w:pPr>
              <w:spacing w:after="0"/>
              <w:rPr>
                <w:rFonts w:cs="Times New Roman"/>
                <w:sz w:val="22"/>
              </w:rPr>
            </w:pPr>
            <w:r w:rsidRPr="00D548FB">
              <w:rPr>
                <w:rFonts w:cs="Times New Roman"/>
                <w:b/>
                <w:sz w:val="22"/>
              </w:rPr>
              <w:t>Measures already taken or proposed to manage the conflict.</w:t>
            </w:r>
          </w:p>
        </w:tc>
        <w:tc>
          <w:tcPr>
            <w:tcW w:w="5443"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CEAAB3A" w14:textId="77777777" w:rsidR="00BF5A3B" w:rsidRPr="00D548FB" w:rsidRDefault="00BF5A3B">
            <w:pPr>
              <w:spacing w:after="0"/>
              <w:rPr>
                <w:rFonts w:cs="Times New Roman"/>
                <w:sz w:val="22"/>
              </w:rPr>
            </w:pPr>
          </w:p>
        </w:tc>
      </w:tr>
      <w:tr w:rsidR="00BF5A3B" w:rsidRPr="00D548FB" w14:paraId="098438A8" w14:textId="77777777">
        <w:trPr>
          <w:cantSplit/>
          <w:jc w:val="center"/>
        </w:trPr>
        <w:tc>
          <w:tcPr>
            <w:tcW w:w="4082"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71930BA" w14:textId="77777777" w:rsidR="00BF5A3B" w:rsidRPr="00D548FB" w:rsidRDefault="00DF79C2">
            <w:pPr>
              <w:spacing w:after="0"/>
              <w:rPr>
                <w:rFonts w:cs="Times New Roman"/>
                <w:sz w:val="22"/>
              </w:rPr>
            </w:pPr>
            <w:r w:rsidRPr="00D548FB">
              <w:rPr>
                <w:rFonts w:cs="Times New Roman"/>
                <w:b/>
                <w:sz w:val="22"/>
              </w:rPr>
              <w:lastRenderedPageBreak/>
              <w:t>Any other relevant information.</w:t>
            </w:r>
          </w:p>
        </w:tc>
        <w:tc>
          <w:tcPr>
            <w:tcW w:w="5443"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C6F00F3" w14:textId="77777777" w:rsidR="00BF5A3B" w:rsidRPr="00D548FB" w:rsidRDefault="00BF5A3B">
            <w:pPr>
              <w:spacing w:after="0"/>
              <w:rPr>
                <w:rFonts w:cs="Times New Roman"/>
                <w:sz w:val="22"/>
              </w:rPr>
            </w:pPr>
          </w:p>
        </w:tc>
      </w:tr>
    </w:tbl>
    <w:p w14:paraId="307E385C" w14:textId="77777777" w:rsidR="00BF5A3B" w:rsidRPr="00D548FB" w:rsidRDefault="00DF79C2">
      <w:pPr>
        <w:pStyle w:val="Heading1"/>
        <w:rPr>
          <w:rFonts w:ascii="Times New Roman" w:hAnsi="Times New Roman" w:cs="Times New Roman"/>
          <w:sz w:val="22"/>
          <w:szCs w:val="22"/>
        </w:rPr>
      </w:pPr>
      <w:r w:rsidRPr="00D548FB">
        <w:rPr>
          <w:rFonts w:ascii="Times New Roman" w:hAnsi="Times New Roman" w:cs="Times New Roman"/>
          <w:sz w:val="22"/>
          <w:szCs w:val="22"/>
        </w:rPr>
        <w:t>E.4 Signature</w:t>
      </w:r>
    </w:p>
    <w:tbl>
      <w:tblPr>
        <w:tblStyle w:val="TableGrid"/>
        <w:tblW w:w="0" w:type="auto"/>
        <w:jc w:val="center"/>
        <w:tblLayout w:type="fixed"/>
        <w:tblLook w:val="04A0" w:firstRow="1" w:lastRow="0" w:firstColumn="1" w:lastColumn="0" w:noHBand="0" w:noVBand="1"/>
      </w:tblPr>
      <w:tblGrid>
        <w:gridCol w:w="3515"/>
        <w:gridCol w:w="6009"/>
      </w:tblGrid>
      <w:tr w:rsidR="00BF5A3B" w:rsidRPr="00D548FB" w14:paraId="095745D0" w14:textId="77777777">
        <w:trPr>
          <w:cantSplit/>
          <w:tblHeade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7544E527" w14:textId="77777777" w:rsidR="00BF5A3B" w:rsidRPr="00D548FB" w:rsidRDefault="00DF79C2">
            <w:pPr>
              <w:spacing w:after="0"/>
              <w:rPr>
                <w:rFonts w:cs="Times New Roman"/>
                <w:sz w:val="22"/>
              </w:rPr>
            </w:pPr>
            <w:r w:rsidRPr="00D548FB">
              <w:rPr>
                <w:rFonts w:cs="Times New Roman"/>
                <w:b/>
                <w:sz w:val="22"/>
              </w:rPr>
              <w:t>Field</w:t>
            </w:r>
          </w:p>
        </w:tc>
        <w:tc>
          <w:tcPr>
            <w:tcW w:w="6009"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6F181129" w14:textId="77777777" w:rsidR="00BF5A3B" w:rsidRPr="00D548FB" w:rsidRDefault="00DF79C2">
            <w:pPr>
              <w:spacing w:after="0"/>
              <w:rPr>
                <w:rFonts w:cs="Times New Roman"/>
                <w:sz w:val="22"/>
              </w:rPr>
            </w:pPr>
            <w:r w:rsidRPr="00D548FB">
              <w:rPr>
                <w:rFonts w:cs="Times New Roman"/>
                <w:b/>
                <w:sz w:val="22"/>
              </w:rPr>
              <w:t>To be completed</w:t>
            </w:r>
          </w:p>
        </w:tc>
      </w:tr>
      <w:tr w:rsidR="00BF5A3B" w:rsidRPr="00D548FB" w14:paraId="650366E0"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41DF009" w14:textId="77777777" w:rsidR="00BF5A3B" w:rsidRPr="00D548FB" w:rsidRDefault="00DF79C2">
            <w:pPr>
              <w:spacing w:after="0"/>
              <w:rPr>
                <w:rFonts w:cs="Times New Roman"/>
                <w:sz w:val="22"/>
              </w:rPr>
            </w:pPr>
            <w:r w:rsidRPr="00D548FB">
              <w:rPr>
                <w:rFonts w:cs="Times New Roman"/>
                <w:b/>
                <w:sz w:val="22"/>
              </w:rPr>
              <w:t>Name of authorised representative</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B8E814E" w14:textId="77777777" w:rsidR="00BF5A3B" w:rsidRPr="00D548FB" w:rsidRDefault="00BF5A3B">
            <w:pPr>
              <w:spacing w:after="0"/>
              <w:rPr>
                <w:rFonts w:cs="Times New Roman"/>
                <w:sz w:val="22"/>
              </w:rPr>
            </w:pPr>
          </w:p>
        </w:tc>
      </w:tr>
      <w:tr w:rsidR="00BF5A3B" w:rsidRPr="00D548FB" w14:paraId="10BF26AC"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E8E7B89" w14:textId="77777777" w:rsidR="00BF5A3B" w:rsidRPr="00D548FB" w:rsidRDefault="00DF79C2">
            <w:pPr>
              <w:spacing w:after="0"/>
              <w:rPr>
                <w:rFonts w:cs="Times New Roman"/>
                <w:sz w:val="22"/>
              </w:rPr>
            </w:pPr>
            <w:r w:rsidRPr="00D548FB">
              <w:rPr>
                <w:rFonts w:cs="Times New Roman"/>
                <w:b/>
                <w:sz w:val="22"/>
              </w:rPr>
              <w:t>Position</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B2620A5" w14:textId="77777777" w:rsidR="00BF5A3B" w:rsidRPr="00D548FB" w:rsidRDefault="00BF5A3B">
            <w:pPr>
              <w:spacing w:after="0"/>
              <w:rPr>
                <w:rFonts w:cs="Times New Roman"/>
                <w:sz w:val="22"/>
              </w:rPr>
            </w:pPr>
          </w:p>
        </w:tc>
      </w:tr>
      <w:tr w:rsidR="00BF5A3B" w:rsidRPr="00D548FB" w14:paraId="570AAB05"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03B47F7" w14:textId="77777777" w:rsidR="00BF5A3B" w:rsidRPr="00D548FB" w:rsidRDefault="00DF79C2">
            <w:pPr>
              <w:spacing w:after="0"/>
              <w:rPr>
                <w:rFonts w:cs="Times New Roman"/>
                <w:sz w:val="22"/>
              </w:rPr>
            </w:pPr>
            <w:r w:rsidRPr="00D548FB">
              <w:rPr>
                <w:rFonts w:cs="Times New Roman"/>
                <w:b/>
                <w:sz w:val="22"/>
              </w:rPr>
              <w:t>Organisation</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D447A0A" w14:textId="77777777" w:rsidR="00BF5A3B" w:rsidRPr="00D548FB" w:rsidRDefault="00BF5A3B">
            <w:pPr>
              <w:spacing w:after="0"/>
              <w:rPr>
                <w:rFonts w:cs="Times New Roman"/>
                <w:sz w:val="22"/>
              </w:rPr>
            </w:pPr>
          </w:p>
        </w:tc>
      </w:tr>
      <w:tr w:rsidR="00BF5A3B" w:rsidRPr="00D548FB" w14:paraId="4C4A3BBF"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F4FD367" w14:textId="77777777" w:rsidR="00BF5A3B" w:rsidRPr="00D548FB" w:rsidRDefault="00DF79C2">
            <w:pPr>
              <w:spacing w:after="0"/>
              <w:rPr>
                <w:rFonts w:cs="Times New Roman"/>
                <w:sz w:val="22"/>
              </w:rPr>
            </w:pPr>
            <w:r w:rsidRPr="00D548FB">
              <w:rPr>
                <w:rFonts w:cs="Times New Roman"/>
                <w:b/>
                <w:sz w:val="22"/>
              </w:rPr>
              <w:t>Place and date</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46E0889" w14:textId="77777777" w:rsidR="00BF5A3B" w:rsidRPr="00D548FB" w:rsidRDefault="00BF5A3B">
            <w:pPr>
              <w:spacing w:after="0"/>
              <w:rPr>
                <w:rFonts w:cs="Times New Roman"/>
                <w:sz w:val="22"/>
              </w:rPr>
            </w:pPr>
          </w:p>
        </w:tc>
      </w:tr>
      <w:tr w:rsidR="00BF5A3B" w:rsidRPr="00D548FB" w14:paraId="76909622"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6E2EF45" w14:textId="77777777" w:rsidR="00BF5A3B" w:rsidRPr="00D548FB" w:rsidRDefault="00DF79C2">
            <w:pPr>
              <w:spacing w:after="0"/>
              <w:rPr>
                <w:rFonts w:cs="Times New Roman"/>
                <w:sz w:val="22"/>
              </w:rPr>
            </w:pPr>
            <w:r w:rsidRPr="00D548FB">
              <w:rPr>
                <w:rFonts w:cs="Times New Roman"/>
                <w:b/>
                <w:sz w:val="22"/>
              </w:rPr>
              <w:t>Signature and stamp, if applicable</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B01FE96" w14:textId="77777777" w:rsidR="00BF5A3B" w:rsidRPr="00D548FB" w:rsidRDefault="00BF5A3B">
            <w:pPr>
              <w:spacing w:after="0"/>
              <w:rPr>
                <w:rFonts w:cs="Times New Roman"/>
                <w:sz w:val="22"/>
              </w:rPr>
            </w:pPr>
          </w:p>
        </w:tc>
      </w:tr>
    </w:tbl>
    <w:p w14:paraId="2061266F" w14:textId="77777777" w:rsidR="00DF79C2" w:rsidRPr="00D548FB" w:rsidRDefault="00DF79C2">
      <w:pPr>
        <w:rPr>
          <w:rFonts w:cs="Times New Roman"/>
          <w:sz w:val="22"/>
        </w:rPr>
      </w:pPr>
    </w:p>
    <w:sectPr w:rsidR="00DF79C2" w:rsidRPr="00D548FB" w:rsidSect="00034616">
      <w:footerReference w:type="default" r:id="rId8"/>
      <w:pgSz w:w="12240" w:h="15840"/>
      <w:pgMar w:top="907" w:right="1134" w:bottom="1020" w:left="1134"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9808" w14:textId="77777777" w:rsidR="00DF79C2" w:rsidRDefault="00DF79C2">
      <w:pPr>
        <w:spacing w:after="0"/>
      </w:pPr>
      <w:r>
        <w:separator/>
      </w:r>
    </w:p>
  </w:endnote>
  <w:endnote w:type="continuationSeparator" w:id="0">
    <w:p w14:paraId="5D3FEE39" w14:textId="77777777" w:rsidR="00DF79C2" w:rsidRDefault="00DF79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6B96" w14:textId="03118BFE" w:rsidR="00BF5A3B" w:rsidRDefault="00DF79C2">
    <w:pPr>
      <w:pStyle w:val="Footer"/>
      <w:jc w:val="center"/>
    </w:pPr>
    <w:r>
      <w:rPr>
        <w:sz w:val="16"/>
      </w:rPr>
      <w:t xml:space="preserve">08-31/1-2026    |    Annex E - Declaration on Honour and Conflict of Interest    |    Page </w:t>
    </w:r>
    <w:r>
      <w:fldChar w:fldCharType="begin"/>
    </w:r>
    <w:r>
      <w:instrText>PAGE</w:instrText>
    </w:r>
    <w:r w:rsidR="00D548FB">
      <w:fldChar w:fldCharType="separate"/>
    </w:r>
    <w:r w:rsidR="00D548FB">
      <w:rPr>
        <w:noProof/>
      </w:rPr>
      <w:t>1</w:t>
    </w:r>
    <w:r>
      <w:fldChar w:fldCharType="end"/>
    </w:r>
    <w:r>
      <w:t xml:space="preserve"> of </w:t>
    </w:r>
    <w:r>
      <w:fldChar w:fldCharType="begin"/>
    </w:r>
    <w:r>
      <w:instrText>NUMPAGES</w:instrText>
    </w:r>
    <w:r w:rsidR="00D548FB">
      <w:fldChar w:fldCharType="separate"/>
    </w:r>
    <w:r w:rsidR="00D548F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6057" w14:textId="77777777" w:rsidR="00DF79C2" w:rsidRDefault="00DF79C2">
      <w:pPr>
        <w:spacing w:after="0"/>
      </w:pPr>
      <w:r>
        <w:separator/>
      </w:r>
    </w:p>
  </w:footnote>
  <w:footnote w:type="continuationSeparator" w:id="0">
    <w:p w14:paraId="4D751852" w14:textId="77777777" w:rsidR="00DF79C2" w:rsidRDefault="00DF79C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7717497">
    <w:abstractNumId w:val="8"/>
  </w:num>
  <w:num w:numId="2" w16cid:durableId="648217218">
    <w:abstractNumId w:val="6"/>
  </w:num>
  <w:num w:numId="3" w16cid:durableId="590164951">
    <w:abstractNumId w:val="5"/>
  </w:num>
  <w:num w:numId="4" w16cid:durableId="2032565917">
    <w:abstractNumId w:val="4"/>
  </w:num>
  <w:num w:numId="5" w16cid:durableId="1999916727">
    <w:abstractNumId w:val="7"/>
  </w:num>
  <w:num w:numId="6" w16cid:durableId="516651509">
    <w:abstractNumId w:val="3"/>
  </w:num>
  <w:num w:numId="7" w16cid:durableId="2085446369">
    <w:abstractNumId w:val="2"/>
  </w:num>
  <w:num w:numId="8" w16cid:durableId="1023286195">
    <w:abstractNumId w:val="1"/>
  </w:num>
  <w:num w:numId="9" w16cid:durableId="553662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F5A3B"/>
    <w:rsid w:val="00C516D0"/>
    <w:rsid w:val="00CB0664"/>
    <w:rsid w:val="00D548FB"/>
    <w:rsid w:val="00DF79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E71F03-F59A-459B-8CF3-FF8A42D7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line="240" w:lineRule="auto"/>
    </w:pPr>
    <w:rPr>
      <w:rFonts w:ascii="Times New Roman" w:eastAsia="Times New Roman" w:hAnsi="Times New Roman"/>
      <w:i/>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 memeti</cp:lastModifiedBy>
  <cp:revision>2</cp:revision>
  <dcterms:created xsi:type="dcterms:W3CDTF">2013-12-23T23:15:00Z</dcterms:created>
  <dcterms:modified xsi:type="dcterms:W3CDTF">2026-08-09T14:25:00Z</dcterms:modified>
  <cp:category/>
</cp:coreProperties>
</file>