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8D388" w14:textId="77777777" w:rsidR="00625414" w:rsidRPr="00AD4E70" w:rsidRDefault="001514EC">
      <w:pPr>
        <w:jc w:val="center"/>
        <w:rPr>
          <w:rFonts w:cs="Times New Roman"/>
        </w:rPr>
      </w:pPr>
      <w:r w:rsidRPr="00AD4E70">
        <w:rPr>
          <w:rFonts w:cs="Times New Roman"/>
          <w:b/>
          <w:sz w:val="30"/>
        </w:rPr>
        <w:t>ANNEX F: LEGAL ENTITY / REGISTRATION FORM</w:t>
      </w:r>
    </w:p>
    <w:p w14:paraId="0737DC41" w14:textId="77777777" w:rsidR="00625414" w:rsidRPr="00AD4E70" w:rsidRDefault="001514EC">
      <w:pPr>
        <w:jc w:val="center"/>
        <w:rPr>
          <w:rFonts w:cs="Times New Roman"/>
        </w:rPr>
      </w:pPr>
      <w:r w:rsidRPr="00AD4E70">
        <w:rPr>
          <w:rFonts w:cs="Times New Roman"/>
          <w:b/>
          <w:sz w:val="22"/>
        </w:rPr>
        <w:t>Small Grants Scheme – Beyond Barriers: Roma Resilience in the Western Balkans</w:t>
      </w:r>
    </w:p>
    <w:p w14:paraId="050966E9" w14:textId="77777777" w:rsidR="00625414" w:rsidRPr="00AD4E70" w:rsidRDefault="001514EC">
      <w:pPr>
        <w:pStyle w:val="Instruction"/>
        <w:rPr>
          <w:rFonts w:cs="Times New Roman"/>
        </w:rPr>
      </w:pPr>
      <w:r w:rsidRPr="00AD4E70">
        <w:rPr>
          <w:rFonts w:cs="Times New Roman"/>
        </w:rPr>
        <w:t>This form is adapted for the Small Grants Scheme from the European Commission Business Partner Identification Forms for Private Law Bodies and Public Law Bodies (2025). Please use CAPITAL LETTERS and LATIN CHARACTERS where possible. Attach official supporting documents confirming the information provided.</w:t>
      </w:r>
    </w:p>
    <w:tbl>
      <w:tblPr>
        <w:tblStyle w:val="TableGrid"/>
        <w:tblW w:w="0" w:type="auto"/>
        <w:jc w:val="center"/>
        <w:tblLayout w:type="fixed"/>
        <w:tblLook w:val="04A0" w:firstRow="1" w:lastRow="0" w:firstColumn="1" w:lastColumn="0" w:noHBand="0" w:noVBand="1"/>
      </w:tblPr>
      <w:tblGrid>
        <w:gridCol w:w="3458"/>
        <w:gridCol w:w="6066"/>
      </w:tblGrid>
      <w:tr w:rsidR="00625414" w:rsidRPr="00AD4E70" w14:paraId="3E180F9D"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54BD9C16" w14:textId="77777777" w:rsidR="00625414" w:rsidRPr="00AD4E70" w:rsidRDefault="001514EC">
            <w:pPr>
              <w:spacing w:after="0"/>
              <w:rPr>
                <w:rFonts w:cs="Times New Roman"/>
              </w:rPr>
            </w:pPr>
            <w:r w:rsidRPr="00AD4E70">
              <w:rPr>
                <w:rFonts w:cs="Times New Roman"/>
                <w:b/>
                <w:sz w:val="18"/>
              </w:rPr>
              <w:t>Title of proposed action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919CE9D" w14:textId="77777777" w:rsidR="00625414" w:rsidRPr="00AD4E70" w:rsidRDefault="00625414">
            <w:pPr>
              <w:spacing w:after="0"/>
              <w:rPr>
                <w:rFonts w:cs="Times New Roman"/>
              </w:rPr>
            </w:pPr>
          </w:p>
        </w:tc>
      </w:tr>
      <w:tr w:rsidR="00625414" w:rsidRPr="00AD4E70" w14:paraId="71F123B9"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3C1BC4D0" w14:textId="77777777" w:rsidR="00625414" w:rsidRPr="00AD4E70" w:rsidRDefault="001514EC">
            <w:pPr>
              <w:spacing w:after="0"/>
              <w:rPr>
                <w:rFonts w:cs="Times New Roman"/>
              </w:rPr>
            </w:pPr>
            <w:r w:rsidRPr="00AD4E70">
              <w:rPr>
                <w:rFonts w:cs="Times New Roman"/>
                <w:b/>
                <w:sz w:val="18"/>
              </w:rPr>
              <w:t>Role in the application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05A440B" w14:textId="77777777" w:rsidR="00625414" w:rsidRPr="00AD4E70" w:rsidRDefault="001514EC">
            <w:pPr>
              <w:spacing w:after="0"/>
              <w:rPr>
                <w:rFonts w:cs="Times New Roman"/>
              </w:rPr>
            </w:pPr>
            <w:r w:rsidRPr="00AD4E70">
              <w:rPr>
                <w:rFonts w:ascii="Segoe UI Symbol" w:hAnsi="Segoe UI Symbol" w:cs="Segoe UI Symbol"/>
                <w:sz w:val="18"/>
              </w:rPr>
              <w:t>☐</w:t>
            </w:r>
            <w:r w:rsidRPr="00AD4E70">
              <w:rPr>
                <w:rFonts w:cs="Times New Roman"/>
                <w:sz w:val="18"/>
              </w:rPr>
              <w:t xml:space="preserve"> Lead Applicant   </w:t>
            </w:r>
            <w:r w:rsidRPr="00AD4E70">
              <w:rPr>
                <w:rFonts w:ascii="Segoe UI Symbol" w:hAnsi="Segoe UI Symbol" w:cs="Segoe UI Symbol"/>
                <w:sz w:val="18"/>
              </w:rPr>
              <w:t>☐</w:t>
            </w:r>
            <w:r w:rsidRPr="00AD4E70">
              <w:rPr>
                <w:rFonts w:cs="Times New Roman"/>
                <w:sz w:val="18"/>
              </w:rPr>
              <w:t xml:space="preserve"> Co-applicant   </w:t>
            </w:r>
            <w:r w:rsidRPr="00AD4E70">
              <w:rPr>
                <w:rFonts w:ascii="Segoe UI Symbol" w:hAnsi="Segoe UI Symbol" w:cs="Segoe UI Symbol"/>
                <w:sz w:val="18"/>
              </w:rPr>
              <w:t>☐</w:t>
            </w:r>
            <w:r w:rsidRPr="00AD4E70">
              <w:rPr>
                <w:rFonts w:cs="Times New Roman"/>
                <w:sz w:val="18"/>
              </w:rPr>
              <w:t xml:space="preserve"> Affiliated entity</w:t>
            </w:r>
          </w:p>
        </w:tc>
      </w:tr>
    </w:tbl>
    <w:p w14:paraId="4AF46638" w14:textId="77777777" w:rsidR="00625414" w:rsidRPr="00AD4E70" w:rsidRDefault="001514EC">
      <w:pPr>
        <w:pStyle w:val="Heading1"/>
        <w:rPr>
          <w:rFonts w:ascii="Times New Roman" w:hAnsi="Times New Roman" w:cs="Times New Roman"/>
        </w:rPr>
      </w:pPr>
      <w:r w:rsidRPr="00AD4E70">
        <w:rPr>
          <w:rFonts w:ascii="Times New Roman" w:hAnsi="Times New Roman" w:cs="Times New Roman"/>
        </w:rPr>
        <w:t>F.1 Organisation Details</w:t>
      </w:r>
    </w:p>
    <w:tbl>
      <w:tblPr>
        <w:tblStyle w:val="TableGrid"/>
        <w:tblW w:w="0" w:type="auto"/>
        <w:jc w:val="center"/>
        <w:tblLayout w:type="fixed"/>
        <w:tblLook w:val="04A0" w:firstRow="1" w:lastRow="0" w:firstColumn="1" w:lastColumn="0" w:noHBand="0" w:noVBand="1"/>
      </w:tblPr>
      <w:tblGrid>
        <w:gridCol w:w="3458"/>
        <w:gridCol w:w="6066"/>
      </w:tblGrid>
      <w:tr w:rsidR="00625414" w:rsidRPr="00AD4E70" w14:paraId="050C43F8"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1D024F7B" w14:textId="77777777" w:rsidR="00625414" w:rsidRPr="00AD4E70" w:rsidRDefault="001514EC">
            <w:pPr>
              <w:spacing w:after="0"/>
              <w:rPr>
                <w:rFonts w:cs="Times New Roman"/>
              </w:rPr>
            </w:pPr>
            <w:r w:rsidRPr="00AD4E70">
              <w:rPr>
                <w:rFonts w:cs="Times New Roman"/>
                <w:b/>
                <w:sz w:val="18"/>
              </w:rPr>
              <w:t>Official name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CAFF30D" w14:textId="77777777" w:rsidR="00625414" w:rsidRPr="00AD4E70" w:rsidRDefault="00625414">
            <w:pPr>
              <w:spacing w:after="0"/>
              <w:rPr>
                <w:rFonts w:cs="Times New Roman"/>
              </w:rPr>
            </w:pPr>
          </w:p>
        </w:tc>
      </w:tr>
      <w:tr w:rsidR="00625414" w:rsidRPr="00AD4E70" w14:paraId="7F3AEA49"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42983984" w14:textId="77777777" w:rsidR="00625414" w:rsidRPr="00AD4E70" w:rsidRDefault="001514EC">
            <w:pPr>
              <w:spacing w:after="0"/>
              <w:rPr>
                <w:rFonts w:cs="Times New Roman"/>
              </w:rPr>
            </w:pPr>
            <w:r w:rsidRPr="00AD4E70">
              <w:rPr>
                <w:rFonts w:cs="Times New Roman"/>
                <w:b/>
                <w:sz w:val="18"/>
              </w:rPr>
              <w:t>Business / trading name, if applicable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4E34E2C" w14:textId="77777777" w:rsidR="00625414" w:rsidRPr="00AD4E70" w:rsidRDefault="00625414">
            <w:pPr>
              <w:spacing w:after="0"/>
              <w:rPr>
                <w:rFonts w:cs="Times New Roman"/>
              </w:rPr>
            </w:pPr>
          </w:p>
        </w:tc>
      </w:tr>
      <w:tr w:rsidR="00625414" w:rsidRPr="00AD4E70" w14:paraId="427ED7BC"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123AFFD6" w14:textId="77777777" w:rsidR="00625414" w:rsidRPr="00AD4E70" w:rsidRDefault="001514EC">
            <w:pPr>
              <w:spacing w:after="0"/>
              <w:rPr>
                <w:rFonts w:cs="Times New Roman"/>
              </w:rPr>
            </w:pPr>
            <w:r w:rsidRPr="00AD4E70">
              <w:rPr>
                <w:rFonts w:cs="Times New Roman"/>
                <w:b/>
                <w:sz w:val="18"/>
              </w:rPr>
              <w:t>Abbreviation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C757E65" w14:textId="77777777" w:rsidR="00625414" w:rsidRPr="00AD4E70" w:rsidRDefault="00625414">
            <w:pPr>
              <w:spacing w:after="0"/>
              <w:rPr>
                <w:rFonts w:cs="Times New Roman"/>
              </w:rPr>
            </w:pPr>
          </w:p>
        </w:tc>
      </w:tr>
      <w:tr w:rsidR="00625414" w:rsidRPr="00AD4E70" w14:paraId="62A2C56B"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172728A2" w14:textId="77777777" w:rsidR="00625414" w:rsidRPr="00AD4E70" w:rsidRDefault="001514EC">
            <w:pPr>
              <w:spacing w:after="0"/>
              <w:rPr>
                <w:rFonts w:cs="Times New Roman"/>
              </w:rPr>
            </w:pPr>
            <w:r w:rsidRPr="00AD4E70">
              <w:rPr>
                <w:rFonts w:cs="Times New Roman"/>
                <w:b/>
                <w:sz w:val="18"/>
              </w:rPr>
              <w:t>Address of registered office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44E8074" w14:textId="77777777" w:rsidR="00625414" w:rsidRPr="00AD4E70" w:rsidRDefault="00625414">
            <w:pPr>
              <w:spacing w:after="0"/>
              <w:rPr>
                <w:rFonts w:cs="Times New Roman"/>
              </w:rPr>
            </w:pPr>
          </w:p>
        </w:tc>
      </w:tr>
      <w:tr w:rsidR="00625414" w:rsidRPr="00AD4E70" w14:paraId="39A7790D"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197C8D90" w14:textId="77777777" w:rsidR="00625414" w:rsidRPr="00AD4E70" w:rsidRDefault="001514EC">
            <w:pPr>
              <w:spacing w:after="0"/>
              <w:rPr>
                <w:rFonts w:cs="Times New Roman"/>
              </w:rPr>
            </w:pPr>
            <w:r w:rsidRPr="00AD4E70">
              <w:rPr>
                <w:rFonts w:cs="Times New Roman"/>
                <w:b/>
                <w:sz w:val="18"/>
              </w:rPr>
              <w:t>Postal code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A4F922C" w14:textId="77777777" w:rsidR="00625414" w:rsidRPr="00AD4E70" w:rsidRDefault="00625414">
            <w:pPr>
              <w:spacing w:after="0"/>
              <w:rPr>
                <w:rFonts w:cs="Times New Roman"/>
              </w:rPr>
            </w:pPr>
          </w:p>
        </w:tc>
      </w:tr>
      <w:tr w:rsidR="00625414" w:rsidRPr="00AD4E70" w14:paraId="4810E738"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68DBC41B" w14:textId="77777777" w:rsidR="00625414" w:rsidRPr="00AD4E70" w:rsidRDefault="001514EC">
            <w:pPr>
              <w:spacing w:after="0"/>
              <w:rPr>
                <w:rFonts w:cs="Times New Roman"/>
              </w:rPr>
            </w:pPr>
            <w:r w:rsidRPr="00AD4E70">
              <w:rPr>
                <w:rFonts w:cs="Times New Roman"/>
                <w:b/>
                <w:sz w:val="18"/>
              </w:rPr>
              <w:t>City</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1FF3E96" w14:textId="77777777" w:rsidR="00625414" w:rsidRPr="00AD4E70" w:rsidRDefault="00625414">
            <w:pPr>
              <w:spacing w:after="0"/>
              <w:rPr>
                <w:rFonts w:cs="Times New Roman"/>
              </w:rPr>
            </w:pPr>
          </w:p>
        </w:tc>
      </w:tr>
      <w:tr w:rsidR="00625414" w:rsidRPr="00AD4E70" w14:paraId="1068CA24"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4B832A4E" w14:textId="77777777" w:rsidR="00625414" w:rsidRPr="00AD4E70" w:rsidRDefault="001514EC">
            <w:pPr>
              <w:spacing w:after="0"/>
              <w:rPr>
                <w:rFonts w:cs="Times New Roman"/>
              </w:rPr>
            </w:pPr>
            <w:r w:rsidRPr="00AD4E70">
              <w:rPr>
                <w:rFonts w:cs="Times New Roman"/>
                <w:b/>
                <w:sz w:val="18"/>
              </w:rPr>
              <w:t>P.O. Box, if applicable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1FADFCF" w14:textId="77777777" w:rsidR="00625414" w:rsidRPr="00AD4E70" w:rsidRDefault="00625414">
            <w:pPr>
              <w:spacing w:after="0"/>
              <w:rPr>
                <w:rFonts w:cs="Times New Roman"/>
              </w:rPr>
            </w:pPr>
          </w:p>
        </w:tc>
      </w:tr>
      <w:tr w:rsidR="00625414" w:rsidRPr="00AD4E70" w14:paraId="4669FD69"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1F1F7490" w14:textId="77777777" w:rsidR="00625414" w:rsidRPr="00AD4E70" w:rsidRDefault="001514EC">
            <w:pPr>
              <w:spacing w:after="0"/>
              <w:rPr>
                <w:rFonts w:cs="Times New Roman"/>
              </w:rPr>
            </w:pPr>
            <w:r w:rsidRPr="00AD4E70">
              <w:rPr>
                <w:rFonts w:cs="Times New Roman"/>
                <w:b/>
                <w:sz w:val="18"/>
              </w:rPr>
              <w:t>Country</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4C78C9C" w14:textId="77777777" w:rsidR="00625414" w:rsidRPr="00AD4E70" w:rsidRDefault="00625414">
            <w:pPr>
              <w:spacing w:after="0"/>
              <w:rPr>
                <w:rFonts w:cs="Times New Roman"/>
              </w:rPr>
            </w:pPr>
          </w:p>
        </w:tc>
      </w:tr>
      <w:tr w:rsidR="00625414" w:rsidRPr="00AD4E70" w14:paraId="78F21061"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6B2B7C95" w14:textId="77777777" w:rsidR="00625414" w:rsidRPr="00AD4E70" w:rsidRDefault="001514EC">
            <w:pPr>
              <w:spacing w:after="0"/>
              <w:rPr>
                <w:rFonts w:cs="Times New Roman"/>
              </w:rPr>
            </w:pPr>
            <w:r w:rsidRPr="00AD4E70">
              <w:rPr>
                <w:rFonts w:cs="Times New Roman"/>
                <w:b/>
                <w:sz w:val="18"/>
              </w:rPr>
              <w:t>Organisation e-mail</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E575F5B" w14:textId="77777777" w:rsidR="00625414" w:rsidRPr="00AD4E70" w:rsidRDefault="00625414">
            <w:pPr>
              <w:spacing w:after="0"/>
              <w:rPr>
                <w:rFonts w:cs="Times New Roman"/>
              </w:rPr>
            </w:pPr>
          </w:p>
        </w:tc>
      </w:tr>
      <w:tr w:rsidR="00625414" w:rsidRPr="00AD4E70" w14:paraId="3943218A"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796B4FD9" w14:textId="77777777" w:rsidR="00625414" w:rsidRPr="00AD4E70" w:rsidRDefault="001514EC">
            <w:pPr>
              <w:spacing w:after="0"/>
              <w:rPr>
                <w:rFonts w:cs="Times New Roman"/>
              </w:rPr>
            </w:pPr>
            <w:r w:rsidRPr="00AD4E70">
              <w:rPr>
                <w:rFonts w:cs="Times New Roman"/>
                <w:b/>
                <w:sz w:val="18"/>
              </w:rPr>
              <w:t>Website / social media, if applicable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4E3265A" w14:textId="77777777" w:rsidR="00625414" w:rsidRPr="00AD4E70" w:rsidRDefault="00625414">
            <w:pPr>
              <w:spacing w:after="0"/>
              <w:rPr>
                <w:rFonts w:cs="Times New Roman"/>
              </w:rPr>
            </w:pPr>
          </w:p>
        </w:tc>
      </w:tr>
    </w:tbl>
    <w:p w14:paraId="5F6A729D" w14:textId="77777777" w:rsidR="00625414" w:rsidRPr="00AD4E70" w:rsidRDefault="001514EC">
      <w:pPr>
        <w:pStyle w:val="Heading1"/>
        <w:rPr>
          <w:rFonts w:ascii="Times New Roman" w:hAnsi="Times New Roman" w:cs="Times New Roman"/>
        </w:rPr>
      </w:pPr>
      <w:r w:rsidRPr="00AD4E70">
        <w:rPr>
          <w:rFonts w:ascii="Times New Roman" w:hAnsi="Times New Roman" w:cs="Times New Roman"/>
        </w:rPr>
        <w:t>F.2 Organisation Identifier</w:t>
      </w:r>
    </w:p>
    <w:tbl>
      <w:tblPr>
        <w:tblStyle w:val="TableGrid"/>
        <w:tblW w:w="0" w:type="auto"/>
        <w:jc w:val="center"/>
        <w:tblLayout w:type="fixed"/>
        <w:tblLook w:val="04A0" w:firstRow="1" w:lastRow="0" w:firstColumn="1" w:lastColumn="0" w:noHBand="0" w:noVBand="1"/>
      </w:tblPr>
      <w:tblGrid>
        <w:gridCol w:w="3969"/>
        <w:gridCol w:w="5556"/>
      </w:tblGrid>
      <w:tr w:rsidR="00625414" w:rsidRPr="00AD4E70" w14:paraId="08569ACA" w14:textId="77777777">
        <w:trPr>
          <w:cantSplit/>
          <w:tblHeader/>
          <w:jc w:val="center"/>
        </w:trPr>
        <w:tc>
          <w:tcPr>
            <w:tcW w:w="3969"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11BBD5D1" w14:textId="77777777" w:rsidR="00625414" w:rsidRPr="00AD4E70" w:rsidRDefault="001514EC">
            <w:pPr>
              <w:spacing w:after="0"/>
              <w:rPr>
                <w:rFonts w:cs="Times New Roman"/>
              </w:rPr>
            </w:pPr>
            <w:r w:rsidRPr="00AD4E70">
              <w:rPr>
                <w:rFonts w:cs="Times New Roman"/>
                <w:b/>
                <w:sz w:val="18"/>
              </w:rPr>
              <w:t>Field</w:t>
            </w:r>
          </w:p>
        </w:tc>
        <w:tc>
          <w:tcPr>
            <w:tcW w:w="5556"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6E06722A" w14:textId="77777777" w:rsidR="00625414" w:rsidRPr="00AD4E70" w:rsidRDefault="001514EC">
            <w:pPr>
              <w:spacing w:after="0"/>
              <w:rPr>
                <w:rFonts w:cs="Times New Roman"/>
              </w:rPr>
            </w:pPr>
            <w:r w:rsidRPr="00AD4E70">
              <w:rPr>
                <w:rFonts w:cs="Times New Roman"/>
                <w:b/>
                <w:sz w:val="18"/>
              </w:rPr>
              <w:t>Applicant response</w:t>
            </w:r>
          </w:p>
        </w:tc>
      </w:tr>
      <w:tr w:rsidR="00625414" w:rsidRPr="00AD4E70" w14:paraId="2E0BD8C3"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D7CEFA7" w14:textId="77777777" w:rsidR="00625414" w:rsidRPr="00AD4E70" w:rsidRDefault="001514EC">
            <w:pPr>
              <w:spacing w:after="0"/>
              <w:rPr>
                <w:rFonts w:cs="Times New Roman"/>
              </w:rPr>
            </w:pPr>
            <w:r w:rsidRPr="00AD4E70">
              <w:rPr>
                <w:rFonts w:cs="Times New Roman"/>
                <w:b/>
                <w:sz w:val="18"/>
              </w:rPr>
              <w:t>Entity category</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D02C351" w14:textId="77777777" w:rsidR="00625414" w:rsidRPr="00AD4E70" w:rsidRDefault="001514EC">
            <w:pPr>
              <w:spacing w:after="0"/>
              <w:rPr>
                <w:rFonts w:cs="Times New Roman"/>
              </w:rPr>
            </w:pPr>
            <w:r w:rsidRPr="00AD4E70">
              <w:rPr>
                <w:rFonts w:ascii="Segoe UI Symbol" w:hAnsi="Segoe UI Symbol" w:cs="Segoe UI Symbol"/>
                <w:sz w:val="18"/>
              </w:rPr>
              <w:t>☐</w:t>
            </w:r>
            <w:r w:rsidRPr="00AD4E70">
              <w:rPr>
                <w:rFonts w:cs="Times New Roman"/>
                <w:sz w:val="18"/>
              </w:rPr>
              <w:t xml:space="preserve"> Private law body   </w:t>
            </w:r>
            <w:r w:rsidRPr="00AD4E70">
              <w:rPr>
                <w:rFonts w:ascii="Segoe UI Symbol" w:hAnsi="Segoe UI Symbol" w:cs="Segoe UI Symbol"/>
                <w:sz w:val="18"/>
              </w:rPr>
              <w:t>☐</w:t>
            </w:r>
            <w:r w:rsidRPr="00AD4E70">
              <w:rPr>
                <w:rFonts w:cs="Times New Roman"/>
                <w:sz w:val="18"/>
              </w:rPr>
              <w:t xml:space="preserve"> Public law body with legal personality</w:t>
            </w:r>
          </w:p>
        </w:tc>
      </w:tr>
      <w:tr w:rsidR="00625414" w:rsidRPr="00AD4E70" w14:paraId="642C4D18"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7877E9E" w14:textId="77777777" w:rsidR="00625414" w:rsidRPr="00AD4E70" w:rsidRDefault="001514EC">
            <w:pPr>
              <w:spacing w:after="0"/>
              <w:rPr>
                <w:rFonts w:cs="Times New Roman"/>
              </w:rPr>
            </w:pPr>
            <w:r w:rsidRPr="00AD4E70">
              <w:rPr>
                <w:rFonts w:cs="Times New Roman"/>
                <w:b/>
                <w:sz w:val="18"/>
              </w:rPr>
              <w:t>Legal form</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4113BB4" w14:textId="77777777" w:rsidR="00625414" w:rsidRPr="00AD4E70" w:rsidRDefault="00625414">
            <w:pPr>
              <w:spacing w:after="0"/>
              <w:rPr>
                <w:rFonts w:cs="Times New Roman"/>
              </w:rPr>
            </w:pPr>
          </w:p>
        </w:tc>
      </w:tr>
      <w:tr w:rsidR="00625414" w:rsidRPr="00AD4E70" w14:paraId="17A30C28"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296705B" w14:textId="77777777" w:rsidR="00625414" w:rsidRPr="00AD4E70" w:rsidRDefault="001514EC">
            <w:pPr>
              <w:spacing w:after="0"/>
              <w:rPr>
                <w:rFonts w:cs="Times New Roman"/>
              </w:rPr>
            </w:pPr>
            <w:r w:rsidRPr="00AD4E70">
              <w:rPr>
                <w:rFonts w:cs="Times New Roman"/>
                <w:b/>
                <w:sz w:val="18"/>
              </w:rPr>
              <w:t>Organisation type</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0611658" w14:textId="77777777" w:rsidR="00625414" w:rsidRPr="00AD4E70" w:rsidRDefault="001514EC">
            <w:pPr>
              <w:spacing w:after="0"/>
              <w:rPr>
                <w:rFonts w:cs="Times New Roman"/>
              </w:rPr>
            </w:pPr>
            <w:r w:rsidRPr="00AD4E70">
              <w:rPr>
                <w:rFonts w:ascii="Segoe UI Symbol" w:hAnsi="Segoe UI Symbol" w:cs="Segoe UI Symbol"/>
                <w:sz w:val="18"/>
              </w:rPr>
              <w:t>☐</w:t>
            </w:r>
            <w:r w:rsidRPr="00AD4E70">
              <w:rPr>
                <w:rFonts w:cs="Times New Roman"/>
                <w:sz w:val="18"/>
              </w:rPr>
              <w:t xml:space="preserve"> For profit   </w:t>
            </w:r>
            <w:r w:rsidRPr="00AD4E70">
              <w:rPr>
                <w:rFonts w:ascii="Segoe UI Symbol" w:hAnsi="Segoe UI Symbol" w:cs="Segoe UI Symbol"/>
                <w:sz w:val="18"/>
              </w:rPr>
              <w:t>☐</w:t>
            </w:r>
            <w:r w:rsidRPr="00AD4E70">
              <w:rPr>
                <w:rFonts w:cs="Times New Roman"/>
                <w:sz w:val="18"/>
              </w:rPr>
              <w:t xml:space="preserve"> Non-profit</w:t>
            </w:r>
          </w:p>
        </w:tc>
      </w:tr>
      <w:tr w:rsidR="00625414" w:rsidRPr="00AD4E70" w14:paraId="0D5D4668"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5161A5E" w14:textId="77777777" w:rsidR="00625414" w:rsidRPr="00AD4E70" w:rsidRDefault="001514EC">
            <w:pPr>
              <w:spacing w:after="0"/>
              <w:rPr>
                <w:rFonts w:cs="Times New Roman"/>
              </w:rPr>
            </w:pPr>
            <w:r w:rsidRPr="00AD4E70">
              <w:rPr>
                <w:rFonts w:cs="Times New Roman"/>
                <w:b/>
                <w:sz w:val="18"/>
              </w:rPr>
              <w:t>NGO / civil society organisation</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BFE7F10" w14:textId="77777777" w:rsidR="00625414" w:rsidRPr="00AD4E70" w:rsidRDefault="001514EC">
            <w:pPr>
              <w:spacing w:after="0"/>
              <w:rPr>
                <w:rFonts w:cs="Times New Roman"/>
              </w:rPr>
            </w:pPr>
            <w:r w:rsidRPr="00AD4E70">
              <w:rPr>
                <w:rFonts w:ascii="Segoe UI Symbol" w:hAnsi="Segoe UI Symbol" w:cs="Segoe UI Symbol"/>
                <w:sz w:val="18"/>
              </w:rPr>
              <w:t>☐</w:t>
            </w:r>
            <w:r w:rsidRPr="00AD4E70">
              <w:rPr>
                <w:rFonts w:cs="Times New Roman"/>
                <w:sz w:val="18"/>
              </w:rPr>
              <w:t xml:space="preserve"> Yes   </w:t>
            </w:r>
            <w:r w:rsidRPr="00AD4E70">
              <w:rPr>
                <w:rFonts w:ascii="Segoe UI Symbol" w:hAnsi="Segoe UI Symbol" w:cs="Segoe UI Symbol"/>
                <w:sz w:val="18"/>
              </w:rPr>
              <w:t>☐</w:t>
            </w:r>
            <w:r w:rsidRPr="00AD4E70">
              <w:rPr>
                <w:rFonts w:cs="Times New Roman"/>
                <w:sz w:val="18"/>
              </w:rPr>
              <w:t xml:space="preserve"> No   </w:t>
            </w:r>
            <w:r w:rsidRPr="00AD4E70">
              <w:rPr>
                <w:rFonts w:ascii="Segoe UI Symbol" w:hAnsi="Segoe UI Symbol" w:cs="Segoe UI Symbol"/>
                <w:sz w:val="18"/>
              </w:rPr>
              <w:t>☐</w:t>
            </w:r>
            <w:r w:rsidRPr="00AD4E70">
              <w:rPr>
                <w:rFonts w:cs="Times New Roman"/>
                <w:sz w:val="18"/>
              </w:rPr>
              <w:t xml:space="preserve"> Not applicable</w:t>
            </w:r>
          </w:p>
        </w:tc>
      </w:tr>
      <w:tr w:rsidR="00625414" w:rsidRPr="00AD4E70" w14:paraId="5655846B"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E62C318" w14:textId="77777777" w:rsidR="00625414" w:rsidRPr="00AD4E70" w:rsidRDefault="001514EC">
            <w:pPr>
              <w:spacing w:after="0"/>
              <w:rPr>
                <w:rFonts w:cs="Times New Roman"/>
              </w:rPr>
            </w:pPr>
            <w:r w:rsidRPr="00AD4E70">
              <w:rPr>
                <w:rFonts w:cs="Times New Roman"/>
                <w:b/>
                <w:sz w:val="18"/>
              </w:rPr>
              <w:t>Roma-led or Roma-focused organisation, if relevant to eligibility</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DE35C37" w14:textId="77777777" w:rsidR="00625414" w:rsidRPr="00AD4E70" w:rsidRDefault="001514EC">
            <w:pPr>
              <w:spacing w:after="0"/>
              <w:rPr>
                <w:rFonts w:cs="Times New Roman"/>
              </w:rPr>
            </w:pPr>
            <w:r w:rsidRPr="00AD4E70">
              <w:rPr>
                <w:rFonts w:ascii="Segoe UI Symbol" w:hAnsi="Segoe UI Symbol" w:cs="Segoe UI Symbol"/>
                <w:sz w:val="18"/>
              </w:rPr>
              <w:t>☐</w:t>
            </w:r>
            <w:r w:rsidRPr="00AD4E70">
              <w:rPr>
                <w:rFonts w:cs="Times New Roman"/>
                <w:sz w:val="18"/>
              </w:rPr>
              <w:t xml:space="preserve"> Roma-led   </w:t>
            </w:r>
            <w:r w:rsidRPr="00AD4E70">
              <w:rPr>
                <w:rFonts w:ascii="Segoe UI Symbol" w:hAnsi="Segoe UI Symbol" w:cs="Segoe UI Symbol"/>
                <w:sz w:val="18"/>
              </w:rPr>
              <w:t>☐</w:t>
            </w:r>
            <w:r w:rsidRPr="00AD4E70">
              <w:rPr>
                <w:rFonts w:cs="Times New Roman"/>
                <w:sz w:val="18"/>
              </w:rPr>
              <w:t xml:space="preserve"> Roma-focused   </w:t>
            </w:r>
            <w:r w:rsidRPr="00AD4E70">
              <w:rPr>
                <w:rFonts w:ascii="Segoe UI Symbol" w:hAnsi="Segoe UI Symbol" w:cs="Segoe UI Symbol"/>
                <w:sz w:val="18"/>
              </w:rPr>
              <w:t>☐</w:t>
            </w:r>
            <w:r w:rsidRPr="00AD4E70">
              <w:rPr>
                <w:rFonts w:cs="Times New Roman"/>
                <w:sz w:val="18"/>
              </w:rPr>
              <w:t xml:space="preserve"> Other / N/A</w:t>
            </w:r>
          </w:p>
        </w:tc>
      </w:tr>
      <w:tr w:rsidR="00625414" w:rsidRPr="00AD4E70" w14:paraId="6D4D6052"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9C5DFEE" w14:textId="77777777" w:rsidR="00625414" w:rsidRPr="00AD4E70" w:rsidRDefault="001514EC">
            <w:pPr>
              <w:spacing w:after="0"/>
              <w:rPr>
                <w:rFonts w:cs="Times New Roman"/>
              </w:rPr>
            </w:pPr>
            <w:r w:rsidRPr="00AD4E70">
              <w:rPr>
                <w:rFonts w:cs="Times New Roman"/>
                <w:b/>
                <w:sz w:val="18"/>
              </w:rPr>
              <w:t>Main registration number</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72C65E2" w14:textId="77777777" w:rsidR="00625414" w:rsidRPr="00AD4E70" w:rsidRDefault="00625414">
            <w:pPr>
              <w:spacing w:after="0"/>
              <w:rPr>
                <w:rFonts w:cs="Times New Roman"/>
              </w:rPr>
            </w:pPr>
          </w:p>
        </w:tc>
      </w:tr>
      <w:tr w:rsidR="00625414" w:rsidRPr="00AD4E70" w14:paraId="420A68DC"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C752618" w14:textId="77777777" w:rsidR="00625414" w:rsidRPr="00AD4E70" w:rsidRDefault="001514EC">
            <w:pPr>
              <w:spacing w:after="0"/>
              <w:rPr>
                <w:rFonts w:cs="Times New Roman"/>
              </w:rPr>
            </w:pPr>
            <w:r w:rsidRPr="00AD4E70">
              <w:rPr>
                <w:rFonts w:cs="Times New Roman"/>
                <w:b/>
                <w:sz w:val="18"/>
              </w:rPr>
              <w:t>Secondary registration number, if applicable</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5434DBF" w14:textId="77777777" w:rsidR="00625414" w:rsidRPr="00AD4E70" w:rsidRDefault="00625414">
            <w:pPr>
              <w:spacing w:after="0"/>
              <w:rPr>
                <w:rFonts w:cs="Times New Roman"/>
              </w:rPr>
            </w:pPr>
          </w:p>
        </w:tc>
      </w:tr>
      <w:tr w:rsidR="00625414" w:rsidRPr="00AD4E70" w14:paraId="0B299D64"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4659CE9" w14:textId="77777777" w:rsidR="00625414" w:rsidRPr="00AD4E70" w:rsidRDefault="001514EC">
            <w:pPr>
              <w:spacing w:after="0"/>
              <w:rPr>
                <w:rFonts w:cs="Times New Roman"/>
              </w:rPr>
            </w:pPr>
            <w:r w:rsidRPr="00AD4E70">
              <w:rPr>
                <w:rFonts w:cs="Times New Roman"/>
                <w:b/>
                <w:sz w:val="18"/>
              </w:rPr>
              <w:t>Place of main registration</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9415A14" w14:textId="77777777" w:rsidR="00625414" w:rsidRPr="00AD4E70" w:rsidRDefault="00625414">
            <w:pPr>
              <w:spacing w:after="0"/>
              <w:rPr>
                <w:rFonts w:cs="Times New Roman"/>
              </w:rPr>
            </w:pPr>
          </w:p>
        </w:tc>
      </w:tr>
      <w:tr w:rsidR="00625414" w:rsidRPr="00AD4E70" w14:paraId="12A77C9B"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687BCED" w14:textId="77777777" w:rsidR="00625414" w:rsidRPr="00AD4E70" w:rsidRDefault="001514EC">
            <w:pPr>
              <w:spacing w:after="0"/>
              <w:rPr>
                <w:rFonts w:cs="Times New Roman"/>
              </w:rPr>
            </w:pPr>
            <w:r w:rsidRPr="00AD4E70">
              <w:rPr>
                <w:rFonts w:cs="Times New Roman"/>
                <w:b/>
                <w:sz w:val="18"/>
              </w:rPr>
              <w:t>Issuing country</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067A165" w14:textId="77777777" w:rsidR="00625414" w:rsidRPr="00AD4E70" w:rsidRDefault="00625414">
            <w:pPr>
              <w:spacing w:after="0"/>
              <w:rPr>
                <w:rFonts w:cs="Times New Roman"/>
              </w:rPr>
            </w:pPr>
          </w:p>
        </w:tc>
      </w:tr>
      <w:tr w:rsidR="00625414" w:rsidRPr="00AD4E70" w14:paraId="1CB5B393"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E6402C7" w14:textId="77777777" w:rsidR="00625414" w:rsidRPr="00AD4E70" w:rsidRDefault="001514EC">
            <w:pPr>
              <w:spacing w:after="0"/>
              <w:rPr>
                <w:rFonts w:cs="Times New Roman"/>
              </w:rPr>
            </w:pPr>
            <w:r w:rsidRPr="00AD4E70">
              <w:rPr>
                <w:rFonts w:cs="Times New Roman"/>
                <w:b/>
                <w:sz w:val="18"/>
              </w:rPr>
              <w:t>Date of main registration</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DCB562D" w14:textId="77777777" w:rsidR="00625414" w:rsidRPr="00AD4E70" w:rsidRDefault="00625414">
            <w:pPr>
              <w:spacing w:after="0"/>
              <w:rPr>
                <w:rFonts w:cs="Times New Roman"/>
              </w:rPr>
            </w:pPr>
          </w:p>
        </w:tc>
      </w:tr>
      <w:tr w:rsidR="00625414" w:rsidRPr="00AD4E70" w14:paraId="4AE72CDD"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1B6BCDD" w14:textId="77777777" w:rsidR="00625414" w:rsidRPr="00AD4E70" w:rsidRDefault="001514EC">
            <w:pPr>
              <w:spacing w:after="0"/>
              <w:rPr>
                <w:rFonts w:cs="Times New Roman"/>
              </w:rPr>
            </w:pPr>
            <w:r w:rsidRPr="00AD4E70">
              <w:rPr>
                <w:rFonts w:cs="Times New Roman"/>
                <w:b/>
                <w:sz w:val="18"/>
              </w:rPr>
              <w:t>VAT number, if applicable</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A780F13" w14:textId="77777777" w:rsidR="00625414" w:rsidRPr="00AD4E70" w:rsidRDefault="00625414">
            <w:pPr>
              <w:spacing w:after="0"/>
              <w:rPr>
                <w:rFonts w:cs="Times New Roman"/>
              </w:rPr>
            </w:pPr>
          </w:p>
        </w:tc>
      </w:tr>
      <w:tr w:rsidR="00625414" w:rsidRPr="00AD4E70" w14:paraId="5D8A2802" w14:textId="77777777">
        <w:trPr>
          <w:cantSplit/>
          <w:jc w:val="center"/>
        </w:trPr>
        <w:tc>
          <w:tcPr>
            <w:tcW w:w="396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1B0E66A" w14:textId="77777777" w:rsidR="00625414" w:rsidRPr="00AD4E70" w:rsidRDefault="001514EC">
            <w:pPr>
              <w:spacing w:after="0"/>
              <w:rPr>
                <w:rFonts w:cs="Times New Roman"/>
              </w:rPr>
            </w:pPr>
            <w:r w:rsidRPr="00AD4E70">
              <w:rPr>
                <w:rFonts w:cs="Times New Roman"/>
                <w:b/>
                <w:sz w:val="18"/>
              </w:rPr>
              <w:t>Tax identification number, if different</w:t>
            </w:r>
          </w:p>
        </w:tc>
        <w:tc>
          <w:tcPr>
            <w:tcW w:w="555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A8438F7" w14:textId="77777777" w:rsidR="00625414" w:rsidRPr="00AD4E70" w:rsidRDefault="00625414">
            <w:pPr>
              <w:spacing w:after="0"/>
              <w:rPr>
                <w:rFonts w:cs="Times New Roman"/>
              </w:rPr>
            </w:pPr>
          </w:p>
        </w:tc>
      </w:tr>
    </w:tbl>
    <w:p w14:paraId="5082BCEB" w14:textId="77777777" w:rsidR="00AD4E70" w:rsidRDefault="00AD4E70">
      <w:pPr>
        <w:pStyle w:val="Heading1"/>
        <w:rPr>
          <w:rFonts w:ascii="Times New Roman" w:hAnsi="Times New Roman" w:cs="Times New Roman"/>
        </w:rPr>
      </w:pPr>
    </w:p>
    <w:p w14:paraId="182DAB1F" w14:textId="06644A4A" w:rsidR="00625414" w:rsidRPr="00AD4E70" w:rsidRDefault="001514EC">
      <w:pPr>
        <w:pStyle w:val="Heading1"/>
        <w:rPr>
          <w:rFonts w:ascii="Times New Roman" w:hAnsi="Times New Roman" w:cs="Times New Roman"/>
        </w:rPr>
      </w:pPr>
      <w:r w:rsidRPr="00AD4E70">
        <w:rPr>
          <w:rFonts w:ascii="Times New Roman" w:hAnsi="Times New Roman" w:cs="Times New Roman"/>
        </w:rPr>
        <w:t>F.3 Legal Representative</w:t>
      </w:r>
    </w:p>
    <w:tbl>
      <w:tblPr>
        <w:tblStyle w:val="TableGrid"/>
        <w:tblW w:w="0" w:type="auto"/>
        <w:jc w:val="center"/>
        <w:tblLayout w:type="fixed"/>
        <w:tblLook w:val="04A0" w:firstRow="1" w:lastRow="0" w:firstColumn="1" w:lastColumn="0" w:noHBand="0" w:noVBand="1"/>
      </w:tblPr>
      <w:tblGrid>
        <w:gridCol w:w="3458"/>
        <w:gridCol w:w="6066"/>
      </w:tblGrid>
      <w:tr w:rsidR="00625414" w:rsidRPr="00AD4E70" w14:paraId="153F831C"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2B0A884C" w14:textId="77777777" w:rsidR="00625414" w:rsidRPr="00AD4E70" w:rsidRDefault="001514EC">
            <w:pPr>
              <w:spacing w:after="0"/>
              <w:rPr>
                <w:rFonts w:cs="Times New Roman"/>
              </w:rPr>
            </w:pPr>
            <w:r w:rsidRPr="00AD4E70">
              <w:rPr>
                <w:rFonts w:cs="Times New Roman"/>
                <w:b/>
                <w:sz w:val="18"/>
              </w:rPr>
              <w:t>Full name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E1BA2C0" w14:textId="77777777" w:rsidR="00625414" w:rsidRPr="00AD4E70" w:rsidRDefault="00625414">
            <w:pPr>
              <w:spacing w:after="0"/>
              <w:rPr>
                <w:rFonts w:cs="Times New Roman"/>
              </w:rPr>
            </w:pPr>
          </w:p>
        </w:tc>
      </w:tr>
      <w:tr w:rsidR="00625414" w:rsidRPr="00AD4E70" w14:paraId="45B95D4D"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4095771A" w14:textId="77777777" w:rsidR="00625414" w:rsidRPr="00AD4E70" w:rsidRDefault="001514EC">
            <w:pPr>
              <w:spacing w:after="0"/>
              <w:rPr>
                <w:rFonts w:cs="Times New Roman"/>
              </w:rPr>
            </w:pPr>
            <w:r w:rsidRPr="00AD4E70">
              <w:rPr>
                <w:rFonts w:cs="Times New Roman"/>
                <w:b/>
                <w:sz w:val="18"/>
              </w:rPr>
              <w:t>Position / function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107078C" w14:textId="77777777" w:rsidR="00625414" w:rsidRPr="00AD4E70" w:rsidRDefault="00625414">
            <w:pPr>
              <w:spacing w:after="0"/>
              <w:rPr>
                <w:rFonts w:cs="Times New Roman"/>
              </w:rPr>
            </w:pPr>
          </w:p>
        </w:tc>
      </w:tr>
      <w:tr w:rsidR="00625414" w:rsidRPr="00AD4E70" w14:paraId="608EEBAE"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733D2BD6" w14:textId="77777777" w:rsidR="00625414" w:rsidRPr="00AD4E70" w:rsidRDefault="001514EC">
            <w:pPr>
              <w:spacing w:after="0"/>
              <w:rPr>
                <w:rFonts w:cs="Times New Roman"/>
              </w:rPr>
            </w:pPr>
            <w:r w:rsidRPr="00AD4E70">
              <w:rPr>
                <w:rFonts w:cs="Times New Roman"/>
                <w:b/>
                <w:sz w:val="18"/>
              </w:rPr>
              <w:t>E-mail</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CC79AEB" w14:textId="77777777" w:rsidR="00625414" w:rsidRPr="00AD4E70" w:rsidRDefault="00625414">
            <w:pPr>
              <w:spacing w:after="0"/>
              <w:rPr>
                <w:rFonts w:cs="Times New Roman"/>
              </w:rPr>
            </w:pPr>
          </w:p>
        </w:tc>
      </w:tr>
      <w:tr w:rsidR="00625414" w:rsidRPr="00AD4E70" w14:paraId="15621BFD"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65F468E5" w14:textId="77777777" w:rsidR="00625414" w:rsidRPr="00AD4E70" w:rsidRDefault="001514EC">
            <w:pPr>
              <w:spacing w:after="0"/>
              <w:rPr>
                <w:rFonts w:cs="Times New Roman"/>
              </w:rPr>
            </w:pPr>
            <w:r w:rsidRPr="00AD4E70">
              <w:rPr>
                <w:rFonts w:cs="Times New Roman"/>
                <w:b/>
                <w:sz w:val="18"/>
              </w:rPr>
              <w:t>Telephone</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C690E9A" w14:textId="77777777" w:rsidR="00625414" w:rsidRPr="00AD4E70" w:rsidRDefault="00625414">
            <w:pPr>
              <w:spacing w:after="0"/>
              <w:rPr>
                <w:rFonts w:cs="Times New Roman"/>
              </w:rPr>
            </w:pPr>
          </w:p>
        </w:tc>
      </w:tr>
      <w:tr w:rsidR="00625414" w:rsidRPr="00AD4E70" w14:paraId="648D5BF3" w14:textId="77777777">
        <w:trPr>
          <w:cantSplit/>
          <w:jc w:val="center"/>
        </w:trPr>
        <w:tc>
          <w:tcPr>
            <w:tcW w:w="3458" w:type="dxa"/>
            <w:tcBorders>
              <w:top w:val="single" w:sz="6" w:space="0" w:color="808080"/>
              <w:left w:val="single" w:sz="6" w:space="0" w:color="808080"/>
              <w:bottom w:val="single" w:sz="6" w:space="0" w:color="808080"/>
              <w:right w:val="single" w:sz="6" w:space="0" w:color="808080"/>
            </w:tcBorders>
            <w:shd w:val="clear" w:color="auto" w:fill="E7E6E6"/>
            <w:tcMar>
              <w:top w:w="75" w:type="dxa"/>
              <w:left w:w="85" w:type="dxa"/>
              <w:bottom w:w="75" w:type="dxa"/>
              <w:right w:w="85" w:type="dxa"/>
            </w:tcMar>
            <w:vAlign w:val="center"/>
          </w:tcPr>
          <w:p w14:paraId="6FD87E11" w14:textId="77777777" w:rsidR="00625414" w:rsidRPr="00AD4E70" w:rsidRDefault="001514EC">
            <w:pPr>
              <w:spacing w:after="0"/>
              <w:rPr>
                <w:rFonts w:cs="Times New Roman"/>
              </w:rPr>
            </w:pPr>
            <w:r w:rsidRPr="00AD4E70">
              <w:rPr>
                <w:rFonts w:cs="Times New Roman"/>
                <w:b/>
                <w:sz w:val="18"/>
              </w:rPr>
              <w:t>Basis of representation</w:t>
            </w:r>
          </w:p>
        </w:tc>
        <w:tc>
          <w:tcPr>
            <w:tcW w:w="6066"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F69451D" w14:textId="77777777" w:rsidR="00625414" w:rsidRPr="00AD4E70" w:rsidRDefault="001514EC">
            <w:pPr>
              <w:spacing w:after="0"/>
              <w:rPr>
                <w:rFonts w:cs="Times New Roman"/>
              </w:rPr>
            </w:pPr>
            <w:r w:rsidRPr="00AD4E70">
              <w:rPr>
                <w:rFonts w:ascii="Segoe UI Symbol" w:hAnsi="Segoe UI Symbol" w:cs="Segoe UI Symbol"/>
                <w:sz w:val="18"/>
              </w:rPr>
              <w:t>☐</w:t>
            </w:r>
            <w:r w:rsidRPr="00AD4E70">
              <w:rPr>
                <w:rFonts w:cs="Times New Roman"/>
                <w:sz w:val="18"/>
              </w:rPr>
              <w:t xml:space="preserve"> Statute / law   </w:t>
            </w:r>
            <w:r w:rsidRPr="00AD4E70">
              <w:rPr>
                <w:rFonts w:ascii="Segoe UI Symbol" w:hAnsi="Segoe UI Symbol" w:cs="Segoe UI Symbol"/>
                <w:sz w:val="18"/>
              </w:rPr>
              <w:t>☐</w:t>
            </w:r>
            <w:r w:rsidRPr="00AD4E70">
              <w:rPr>
                <w:rFonts w:cs="Times New Roman"/>
                <w:sz w:val="18"/>
              </w:rPr>
              <w:t xml:space="preserve"> Registration record   </w:t>
            </w:r>
            <w:r w:rsidRPr="00AD4E70">
              <w:rPr>
                <w:rFonts w:ascii="Segoe UI Symbol" w:hAnsi="Segoe UI Symbol" w:cs="Segoe UI Symbol"/>
                <w:sz w:val="18"/>
              </w:rPr>
              <w:t>☐</w:t>
            </w:r>
            <w:r w:rsidRPr="00AD4E70">
              <w:rPr>
                <w:rFonts w:cs="Times New Roman"/>
                <w:sz w:val="18"/>
              </w:rPr>
              <w:t xml:space="preserve"> Board decision / power of attorney   </w:t>
            </w:r>
            <w:r w:rsidRPr="00AD4E70">
              <w:rPr>
                <w:rFonts w:ascii="Segoe UI Symbol" w:hAnsi="Segoe UI Symbol" w:cs="Segoe UI Symbol"/>
                <w:sz w:val="18"/>
              </w:rPr>
              <w:t>☐</w:t>
            </w:r>
            <w:r w:rsidRPr="00AD4E70">
              <w:rPr>
                <w:rFonts w:cs="Times New Roman"/>
                <w:sz w:val="18"/>
              </w:rPr>
              <w:t xml:space="preserve"> Other</w:t>
            </w:r>
          </w:p>
        </w:tc>
      </w:tr>
    </w:tbl>
    <w:p w14:paraId="1E0D6121" w14:textId="77777777" w:rsidR="00625414" w:rsidRPr="00AD4E70" w:rsidRDefault="001514EC">
      <w:pPr>
        <w:pStyle w:val="Heading1"/>
        <w:rPr>
          <w:rFonts w:ascii="Times New Roman" w:hAnsi="Times New Roman" w:cs="Times New Roman"/>
        </w:rPr>
      </w:pPr>
      <w:r w:rsidRPr="00AD4E70">
        <w:rPr>
          <w:rFonts w:ascii="Times New Roman" w:hAnsi="Times New Roman" w:cs="Times New Roman"/>
        </w:rPr>
        <w:t>F.4 Supporting Documents</w:t>
      </w:r>
    </w:p>
    <w:p w14:paraId="0253FF64" w14:textId="77777777" w:rsidR="00625414" w:rsidRPr="00AD4E70" w:rsidRDefault="001514EC">
      <w:pPr>
        <w:pStyle w:val="Instruction"/>
        <w:rPr>
          <w:rFonts w:cs="Times New Roman"/>
        </w:rPr>
      </w:pPr>
      <w:r w:rsidRPr="00AD4E70">
        <w:rPr>
          <w:rFonts w:cs="Times New Roman"/>
        </w:rPr>
        <w:t>Tick the documents attached. Only documents applicable to the legal form and required by the Guidelines need to be submitted.</w:t>
      </w:r>
    </w:p>
    <w:tbl>
      <w:tblPr>
        <w:tblStyle w:val="TableGrid"/>
        <w:tblW w:w="0" w:type="auto"/>
        <w:jc w:val="center"/>
        <w:tblLayout w:type="fixed"/>
        <w:tblLook w:val="04A0" w:firstRow="1" w:lastRow="0" w:firstColumn="1" w:lastColumn="0" w:noHBand="0" w:noVBand="1"/>
      </w:tblPr>
      <w:tblGrid>
        <w:gridCol w:w="8220"/>
        <w:gridCol w:w="1304"/>
      </w:tblGrid>
      <w:tr w:rsidR="00625414" w:rsidRPr="00AD4E70" w14:paraId="1FE3A533" w14:textId="77777777">
        <w:trPr>
          <w:cantSplit/>
          <w:tblHeader/>
          <w:jc w:val="center"/>
        </w:trPr>
        <w:tc>
          <w:tcPr>
            <w:tcW w:w="8220"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6B794EFB" w14:textId="77777777" w:rsidR="00625414" w:rsidRPr="00AD4E70" w:rsidRDefault="001514EC">
            <w:pPr>
              <w:spacing w:after="0"/>
              <w:rPr>
                <w:rFonts w:cs="Times New Roman"/>
              </w:rPr>
            </w:pPr>
            <w:r w:rsidRPr="00AD4E70">
              <w:rPr>
                <w:rFonts w:cs="Times New Roman"/>
                <w:b/>
                <w:sz w:val="18"/>
              </w:rPr>
              <w:t>Supporting document</w:t>
            </w:r>
          </w:p>
        </w:tc>
        <w:tc>
          <w:tcPr>
            <w:tcW w:w="1304"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27D7E11C" w14:textId="77777777" w:rsidR="00625414" w:rsidRPr="00AD4E70" w:rsidRDefault="001514EC">
            <w:pPr>
              <w:spacing w:after="0"/>
              <w:rPr>
                <w:rFonts w:cs="Times New Roman"/>
              </w:rPr>
            </w:pPr>
            <w:r w:rsidRPr="00AD4E70">
              <w:rPr>
                <w:rFonts w:cs="Times New Roman"/>
                <w:b/>
                <w:sz w:val="18"/>
              </w:rPr>
              <w:t>Attached</w:t>
            </w:r>
          </w:p>
        </w:tc>
      </w:tr>
      <w:tr w:rsidR="00625414" w:rsidRPr="00AD4E70" w14:paraId="13A5BFD0" w14:textId="77777777">
        <w:trPr>
          <w:cantSplit/>
          <w:jc w:val="center"/>
        </w:trPr>
        <w:tc>
          <w:tcPr>
            <w:tcW w:w="8220"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B454793" w14:textId="77777777" w:rsidR="00625414" w:rsidRPr="00AD4E70" w:rsidRDefault="001514EC">
            <w:pPr>
              <w:spacing w:after="0"/>
              <w:rPr>
                <w:rFonts w:cs="Times New Roman"/>
              </w:rPr>
            </w:pPr>
            <w:r w:rsidRPr="00AD4E70">
              <w:rPr>
                <w:rFonts w:cs="Times New Roman"/>
                <w:sz w:val="18"/>
              </w:rPr>
              <w:t>Official registration certificate / extract from the competent register</w:t>
            </w:r>
          </w:p>
        </w:tc>
        <w:tc>
          <w:tcPr>
            <w:tcW w:w="1304"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BD7DF7E" w14:textId="77777777" w:rsidR="00625414" w:rsidRPr="00AD4E70" w:rsidRDefault="001514EC">
            <w:pPr>
              <w:spacing w:after="0"/>
              <w:rPr>
                <w:rFonts w:cs="Times New Roman"/>
              </w:rPr>
            </w:pPr>
            <w:r w:rsidRPr="00AD4E70">
              <w:rPr>
                <w:rFonts w:ascii="Segoe UI Symbol" w:hAnsi="Segoe UI Symbol" w:cs="Segoe UI Symbol"/>
                <w:sz w:val="18"/>
              </w:rPr>
              <w:t>☐</w:t>
            </w:r>
          </w:p>
        </w:tc>
      </w:tr>
      <w:tr w:rsidR="00625414" w:rsidRPr="00AD4E70" w14:paraId="61809FE9" w14:textId="77777777">
        <w:trPr>
          <w:cantSplit/>
          <w:jc w:val="center"/>
        </w:trPr>
        <w:tc>
          <w:tcPr>
            <w:tcW w:w="8220"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8BC5CA3" w14:textId="77777777" w:rsidR="00625414" w:rsidRPr="00AD4E70" w:rsidRDefault="001514EC">
            <w:pPr>
              <w:spacing w:after="0"/>
              <w:rPr>
                <w:rFonts w:cs="Times New Roman"/>
              </w:rPr>
            </w:pPr>
            <w:r w:rsidRPr="00AD4E70">
              <w:rPr>
                <w:rFonts w:cs="Times New Roman"/>
                <w:sz w:val="18"/>
              </w:rPr>
              <w:t>Statute / articles of association / founding act, where applicable</w:t>
            </w:r>
          </w:p>
        </w:tc>
        <w:tc>
          <w:tcPr>
            <w:tcW w:w="1304"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D3ABD65" w14:textId="77777777" w:rsidR="00625414" w:rsidRPr="00AD4E70" w:rsidRDefault="001514EC">
            <w:pPr>
              <w:spacing w:after="0"/>
              <w:rPr>
                <w:rFonts w:cs="Times New Roman"/>
              </w:rPr>
            </w:pPr>
            <w:r w:rsidRPr="00AD4E70">
              <w:rPr>
                <w:rFonts w:ascii="Segoe UI Symbol" w:hAnsi="Segoe UI Symbol" w:cs="Segoe UI Symbol"/>
                <w:sz w:val="18"/>
              </w:rPr>
              <w:t>☐</w:t>
            </w:r>
          </w:p>
        </w:tc>
      </w:tr>
      <w:tr w:rsidR="00625414" w:rsidRPr="00AD4E70" w14:paraId="16BF380D" w14:textId="77777777">
        <w:trPr>
          <w:cantSplit/>
          <w:jc w:val="center"/>
        </w:trPr>
        <w:tc>
          <w:tcPr>
            <w:tcW w:w="8220"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E838DC8" w14:textId="77777777" w:rsidR="00625414" w:rsidRPr="00AD4E70" w:rsidRDefault="001514EC">
            <w:pPr>
              <w:spacing w:after="0"/>
              <w:rPr>
                <w:rFonts w:cs="Times New Roman"/>
              </w:rPr>
            </w:pPr>
            <w:r w:rsidRPr="00AD4E70">
              <w:rPr>
                <w:rFonts w:cs="Times New Roman"/>
                <w:sz w:val="18"/>
              </w:rPr>
              <w:t>Law, decree, resolution or official act establishing a public-law body, where applicable</w:t>
            </w:r>
          </w:p>
        </w:tc>
        <w:tc>
          <w:tcPr>
            <w:tcW w:w="1304"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7E2E6DB" w14:textId="77777777" w:rsidR="00625414" w:rsidRPr="00AD4E70" w:rsidRDefault="001514EC">
            <w:pPr>
              <w:spacing w:after="0"/>
              <w:rPr>
                <w:rFonts w:cs="Times New Roman"/>
              </w:rPr>
            </w:pPr>
            <w:r w:rsidRPr="00AD4E70">
              <w:rPr>
                <w:rFonts w:ascii="Segoe UI Symbol" w:hAnsi="Segoe UI Symbol" w:cs="Segoe UI Symbol"/>
                <w:sz w:val="18"/>
              </w:rPr>
              <w:t>☐</w:t>
            </w:r>
          </w:p>
        </w:tc>
      </w:tr>
      <w:tr w:rsidR="00625414" w:rsidRPr="00AD4E70" w14:paraId="087566F2" w14:textId="77777777">
        <w:trPr>
          <w:cantSplit/>
          <w:jc w:val="center"/>
        </w:trPr>
        <w:tc>
          <w:tcPr>
            <w:tcW w:w="8220"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0D6120E" w14:textId="77777777" w:rsidR="00625414" w:rsidRPr="00AD4E70" w:rsidRDefault="001514EC">
            <w:pPr>
              <w:spacing w:after="0"/>
              <w:rPr>
                <w:rFonts w:cs="Times New Roman"/>
              </w:rPr>
            </w:pPr>
            <w:r w:rsidRPr="00AD4E70">
              <w:rPr>
                <w:rFonts w:cs="Times New Roman"/>
                <w:sz w:val="18"/>
              </w:rPr>
              <w:t>VAT / tax registration evidence, where applicable</w:t>
            </w:r>
          </w:p>
        </w:tc>
        <w:tc>
          <w:tcPr>
            <w:tcW w:w="1304"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F7F79ED" w14:textId="77777777" w:rsidR="00625414" w:rsidRPr="00AD4E70" w:rsidRDefault="001514EC">
            <w:pPr>
              <w:spacing w:after="0"/>
              <w:rPr>
                <w:rFonts w:cs="Times New Roman"/>
              </w:rPr>
            </w:pPr>
            <w:r w:rsidRPr="00AD4E70">
              <w:rPr>
                <w:rFonts w:ascii="Segoe UI Symbol" w:hAnsi="Segoe UI Symbol" w:cs="Segoe UI Symbol"/>
                <w:sz w:val="18"/>
              </w:rPr>
              <w:t>☐</w:t>
            </w:r>
          </w:p>
        </w:tc>
      </w:tr>
      <w:tr w:rsidR="00625414" w:rsidRPr="00AD4E70" w14:paraId="1237D436" w14:textId="77777777">
        <w:trPr>
          <w:cantSplit/>
          <w:jc w:val="center"/>
        </w:trPr>
        <w:tc>
          <w:tcPr>
            <w:tcW w:w="8220"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1AFB107B" w14:textId="77777777" w:rsidR="00625414" w:rsidRPr="00AD4E70" w:rsidRDefault="001514EC">
            <w:pPr>
              <w:spacing w:after="0"/>
              <w:rPr>
                <w:rFonts w:cs="Times New Roman"/>
              </w:rPr>
            </w:pPr>
            <w:r w:rsidRPr="00AD4E70">
              <w:rPr>
                <w:rFonts w:cs="Times New Roman"/>
                <w:sz w:val="18"/>
              </w:rPr>
              <w:t>Evidence of authorised legal representative, if not clear from the registration documents</w:t>
            </w:r>
          </w:p>
        </w:tc>
        <w:tc>
          <w:tcPr>
            <w:tcW w:w="1304"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CB40BDC" w14:textId="77777777" w:rsidR="00625414" w:rsidRPr="00AD4E70" w:rsidRDefault="001514EC">
            <w:pPr>
              <w:spacing w:after="0"/>
              <w:rPr>
                <w:rFonts w:cs="Times New Roman"/>
              </w:rPr>
            </w:pPr>
            <w:r w:rsidRPr="00AD4E70">
              <w:rPr>
                <w:rFonts w:ascii="Segoe UI Symbol" w:hAnsi="Segoe UI Symbol" w:cs="Segoe UI Symbol"/>
                <w:sz w:val="18"/>
              </w:rPr>
              <w:t>☐</w:t>
            </w:r>
          </w:p>
        </w:tc>
      </w:tr>
      <w:tr w:rsidR="00625414" w:rsidRPr="00AD4E70" w14:paraId="18CC10BE" w14:textId="77777777">
        <w:trPr>
          <w:cantSplit/>
          <w:jc w:val="center"/>
        </w:trPr>
        <w:tc>
          <w:tcPr>
            <w:tcW w:w="8220"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2D4D491" w14:textId="77777777" w:rsidR="00625414" w:rsidRPr="00AD4E70" w:rsidRDefault="001514EC">
            <w:pPr>
              <w:spacing w:after="0"/>
              <w:rPr>
                <w:rFonts w:cs="Times New Roman"/>
              </w:rPr>
            </w:pPr>
            <w:r w:rsidRPr="00AD4E70">
              <w:rPr>
                <w:rFonts w:cs="Times New Roman"/>
                <w:sz w:val="18"/>
              </w:rPr>
              <w:t>Other official document required by the Guidelines</w:t>
            </w:r>
          </w:p>
        </w:tc>
        <w:tc>
          <w:tcPr>
            <w:tcW w:w="1304"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39EB73F3" w14:textId="77777777" w:rsidR="00625414" w:rsidRPr="00AD4E70" w:rsidRDefault="001514EC">
            <w:pPr>
              <w:spacing w:after="0"/>
              <w:rPr>
                <w:rFonts w:cs="Times New Roman"/>
              </w:rPr>
            </w:pPr>
            <w:r w:rsidRPr="00AD4E70">
              <w:rPr>
                <w:rFonts w:ascii="Segoe UI Symbol" w:hAnsi="Segoe UI Symbol" w:cs="Segoe UI Symbol"/>
                <w:sz w:val="18"/>
              </w:rPr>
              <w:t>☐</w:t>
            </w:r>
          </w:p>
        </w:tc>
      </w:tr>
    </w:tbl>
    <w:p w14:paraId="67AAFCDF" w14:textId="77777777" w:rsidR="00625414" w:rsidRPr="00AD4E70" w:rsidRDefault="001514EC">
      <w:pPr>
        <w:pStyle w:val="Heading1"/>
        <w:rPr>
          <w:rFonts w:ascii="Times New Roman" w:hAnsi="Times New Roman" w:cs="Times New Roman"/>
        </w:rPr>
      </w:pPr>
      <w:r w:rsidRPr="00AD4E70">
        <w:rPr>
          <w:rFonts w:ascii="Times New Roman" w:hAnsi="Times New Roman" w:cs="Times New Roman"/>
        </w:rPr>
        <w:t>F.5 Certification</w:t>
      </w:r>
    </w:p>
    <w:p w14:paraId="25B3EB87" w14:textId="77777777" w:rsidR="00625414" w:rsidRPr="00AD4E70" w:rsidRDefault="001514EC">
      <w:pPr>
        <w:rPr>
          <w:rFonts w:cs="Times New Roman"/>
        </w:rPr>
      </w:pPr>
      <w:r w:rsidRPr="00AD4E70">
        <w:rPr>
          <w:rFonts w:cs="Times New Roman"/>
        </w:rPr>
        <w:t>I certify that the information provided in this form corresponds to the organisation’s official legal and registration records and that the attached documents are genuine copies of the relevant records.</w:t>
      </w:r>
    </w:p>
    <w:tbl>
      <w:tblPr>
        <w:tblStyle w:val="TableGrid"/>
        <w:tblW w:w="0" w:type="auto"/>
        <w:jc w:val="center"/>
        <w:tblLayout w:type="fixed"/>
        <w:tblLook w:val="04A0" w:firstRow="1" w:lastRow="0" w:firstColumn="1" w:lastColumn="0" w:noHBand="0" w:noVBand="1"/>
      </w:tblPr>
      <w:tblGrid>
        <w:gridCol w:w="3515"/>
        <w:gridCol w:w="6009"/>
      </w:tblGrid>
      <w:tr w:rsidR="00625414" w:rsidRPr="00AD4E70" w14:paraId="7FA8280B" w14:textId="77777777">
        <w:trPr>
          <w:cantSplit/>
          <w:tblHeader/>
          <w:jc w:val="center"/>
        </w:trPr>
        <w:tc>
          <w:tcPr>
            <w:tcW w:w="3515"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025F5ED5" w14:textId="77777777" w:rsidR="00625414" w:rsidRPr="00AD4E70" w:rsidRDefault="001514EC">
            <w:pPr>
              <w:spacing w:after="0"/>
              <w:rPr>
                <w:rFonts w:cs="Times New Roman"/>
              </w:rPr>
            </w:pPr>
            <w:r w:rsidRPr="00AD4E70">
              <w:rPr>
                <w:rFonts w:cs="Times New Roman"/>
                <w:b/>
                <w:sz w:val="18"/>
              </w:rPr>
              <w:t>Field</w:t>
            </w:r>
          </w:p>
        </w:tc>
        <w:tc>
          <w:tcPr>
            <w:tcW w:w="6009" w:type="dxa"/>
            <w:tcBorders>
              <w:top w:val="single" w:sz="6" w:space="0" w:color="808080"/>
              <w:left w:val="single" w:sz="6" w:space="0" w:color="808080"/>
              <w:bottom w:val="single" w:sz="6" w:space="0" w:color="808080"/>
              <w:right w:val="single" w:sz="6" w:space="0" w:color="808080"/>
            </w:tcBorders>
            <w:shd w:val="clear" w:color="auto" w:fill="D9D9D9"/>
            <w:tcMar>
              <w:top w:w="75" w:type="dxa"/>
              <w:left w:w="85" w:type="dxa"/>
              <w:bottom w:w="75" w:type="dxa"/>
              <w:right w:w="85" w:type="dxa"/>
            </w:tcMar>
            <w:vAlign w:val="center"/>
          </w:tcPr>
          <w:p w14:paraId="1FC5BB1E" w14:textId="77777777" w:rsidR="00625414" w:rsidRPr="00AD4E70" w:rsidRDefault="001514EC">
            <w:pPr>
              <w:spacing w:after="0"/>
              <w:rPr>
                <w:rFonts w:cs="Times New Roman"/>
              </w:rPr>
            </w:pPr>
            <w:r w:rsidRPr="00AD4E70">
              <w:rPr>
                <w:rFonts w:cs="Times New Roman"/>
                <w:b/>
                <w:sz w:val="18"/>
              </w:rPr>
              <w:t>To be completed</w:t>
            </w:r>
          </w:p>
        </w:tc>
      </w:tr>
      <w:tr w:rsidR="00625414" w:rsidRPr="00AD4E70" w14:paraId="14A780C6"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1151D0A" w14:textId="77777777" w:rsidR="00625414" w:rsidRPr="00AD4E70" w:rsidRDefault="001514EC">
            <w:pPr>
              <w:spacing w:after="0"/>
              <w:rPr>
                <w:rFonts w:cs="Times New Roman"/>
              </w:rPr>
            </w:pPr>
            <w:r w:rsidRPr="00AD4E70">
              <w:rPr>
                <w:rFonts w:cs="Times New Roman"/>
                <w:b/>
                <w:sz w:val="18"/>
              </w:rPr>
              <w:t>Name of authorised representative</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207E9F7" w14:textId="77777777" w:rsidR="00625414" w:rsidRPr="00AD4E70" w:rsidRDefault="00625414">
            <w:pPr>
              <w:spacing w:after="0"/>
              <w:rPr>
                <w:rFonts w:cs="Times New Roman"/>
              </w:rPr>
            </w:pPr>
          </w:p>
        </w:tc>
      </w:tr>
      <w:tr w:rsidR="00625414" w:rsidRPr="00AD4E70" w14:paraId="42A353A9"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903EFD0" w14:textId="77777777" w:rsidR="00625414" w:rsidRPr="00AD4E70" w:rsidRDefault="001514EC">
            <w:pPr>
              <w:spacing w:after="0"/>
              <w:rPr>
                <w:rFonts w:cs="Times New Roman"/>
              </w:rPr>
            </w:pPr>
            <w:r w:rsidRPr="00AD4E70">
              <w:rPr>
                <w:rFonts w:cs="Times New Roman"/>
                <w:b/>
                <w:sz w:val="18"/>
              </w:rPr>
              <w:t>Position</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2713EE22" w14:textId="77777777" w:rsidR="00625414" w:rsidRPr="00AD4E70" w:rsidRDefault="00625414">
            <w:pPr>
              <w:spacing w:after="0"/>
              <w:rPr>
                <w:rFonts w:cs="Times New Roman"/>
              </w:rPr>
            </w:pPr>
          </w:p>
        </w:tc>
      </w:tr>
      <w:tr w:rsidR="00625414" w:rsidRPr="00AD4E70" w14:paraId="7179B4FF"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0ECD54E9" w14:textId="77777777" w:rsidR="00625414" w:rsidRPr="00AD4E70" w:rsidRDefault="001514EC">
            <w:pPr>
              <w:spacing w:after="0"/>
              <w:rPr>
                <w:rFonts w:cs="Times New Roman"/>
              </w:rPr>
            </w:pPr>
            <w:r w:rsidRPr="00AD4E70">
              <w:rPr>
                <w:rFonts w:cs="Times New Roman"/>
                <w:b/>
                <w:sz w:val="18"/>
              </w:rPr>
              <w:t>Organisation</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763F324D" w14:textId="77777777" w:rsidR="00625414" w:rsidRPr="00AD4E70" w:rsidRDefault="00625414">
            <w:pPr>
              <w:spacing w:after="0"/>
              <w:rPr>
                <w:rFonts w:cs="Times New Roman"/>
              </w:rPr>
            </w:pPr>
          </w:p>
        </w:tc>
      </w:tr>
      <w:tr w:rsidR="00625414" w:rsidRPr="00AD4E70" w14:paraId="403F0E5D"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652192BF" w14:textId="77777777" w:rsidR="00625414" w:rsidRPr="00AD4E70" w:rsidRDefault="001514EC">
            <w:pPr>
              <w:spacing w:after="0"/>
              <w:rPr>
                <w:rFonts w:cs="Times New Roman"/>
              </w:rPr>
            </w:pPr>
            <w:r w:rsidRPr="00AD4E70">
              <w:rPr>
                <w:rFonts w:cs="Times New Roman"/>
                <w:b/>
                <w:sz w:val="18"/>
              </w:rPr>
              <w:t>Place and date</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40789D2" w14:textId="77777777" w:rsidR="00625414" w:rsidRPr="00AD4E70" w:rsidRDefault="00625414">
            <w:pPr>
              <w:spacing w:after="0"/>
              <w:rPr>
                <w:rFonts w:cs="Times New Roman"/>
              </w:rPr>
            </w:pPr>
          </w:p>
        </w:tc>
      </w:tr>
      <w:tr w:rsidR="00625414" w:rsidRPr="00AD4E70" w14:paraId="7BCCCF85" w14:textId="77777777">
        <w:trPr>
          <w:cantSplit/>
          <w:jc w:val="center"/>
        </w:trPr>
        <w:tc>
          <w:tcPr>
            <w:tcW w:w="3515"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4E16CDCA" w14:textId="77777777" w:rsidR="00625414" w:rsidRPr="00AD4E70" w:rsidRDefault="001514EC">
            <w:pPr>
              <w:spacing w:after="0"/>
              <w:rPr>
                <w:rFonts w:cs="Times New Roman"/>
              </w:rPr>
            </w:pPr>
            <w:r w:rsidRPr="00AD4E70">
              <w:rPr>
                <w:rFonts w:cs="Times New Roman"/>
                <w:b/>
                <w:sz w:val="18"/>
              </w:rPr>
              <w:t>Signature and stamp, if applicable</w:t>
            </w:r>
          </w:p>
        </w:tc>
        <w:tc>
          <w:tcPr>
            <w:tcW w:w="6009" w:type="dxa"/>
            <w:tcBorders>
              <w:top w:val="single" w:sz="6" w:space="0" w:color="808080"/>
              <w:left w:val="single" w:sz="6" w:space="0" w:color="808080"/>
              <w:bottom w:val="single" w:sz="6" w:space="0" w:color="808080"/>
              <w:right w:val="single" w:sz="6" w:space="0" w:color="808080"/>
            </w:tcBorders>
            <w:tcMar>
              <w:top w:w="75" w:type="dxa"/>
              <w:left w:w="85" w:type="dxa"/>
              <w:bottom w:w="75" w:type="dxa"/>
              <w:right w:w="85" w:type="dxa"/>
            </w:tcMar>
            <w:vAlign w:val="center"/>
          </w:tcPr>
          <w:p w14:paraId="5BE1AD93" w14:textId="77777777" w:rsidR="00625414" w:rsidRPr="00AD4E70" w:rsidRDefault="00625414">
            <w:pPr>
              <w:spacing w:after="0"/>
              <w:rPr>
                <w:rFonts w:cs="Times New Roman"/>
              </w:rPr>
            </w:pPr>
          </w:p>
        </w:tc>
      </w:tr>
    </w:tbl>
    <w:p w14:paraId="7600914D" w14:textId="77777777" w:rsidR="001514EC" w:rsidRPr="00AD4E70" w:rsidRDefault="001514EC">
      <w:pPr>
        <w:rPr>
          <w:rFonts w:cs="Times New Roman"/>
        </w:rPr>
      </w:pPr>
    </w:p>
    <w:sectPr w:rsidR="001514EC" w:rsidRPr="00AD4E70" w:rsidSect="00034616">
      <w:footerReference w:type="default" r:id="rId8"/>
      <w:pgSz w:w="12240" w:h="15840"/>
      <w:pgMar w:top="907" w:right="1134" w:bottom="1020" w:left="1134"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6B3D9" w14:textId="77777777" w:rsidR="001514EC" w:rsidRDefault="001514EC">
      <w:pPr>
        <w:spacing w:after="0"/>
      </w:pPr>
      <w:r>
        <w:separator/>
      </w:r>
    </w:p>
  </w:endnote>
  <w:endnote w:type="continuationSeparator" w:id="0">
    <w:p w14:paraId="1DF3E4A2" w14:textId="77777777" w:rsidR="001514EC" w:rsidRDefault="001514E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4ADDB" w14:textId="1E5CC149" w:rsidR="00625414" w:rsidRDefault="001514EC">
    <w:pPr>
      <w:pStyle w:val="Footer"/>
      <w:jc w:val="center"/>
    </w:pPr>
    <w:r>
      <w:rPr>
        <w:sz w:val="16"/>
      </w:rPr>
      <w:t xml:space="preserve">08-31/1-2026    |    Annex F - Legal Entity / Registration Form    |    Page </w:t>
    </w:r>
    <w:r>
      <w:fldChar w:fldCharType="begin"/>
    </w:r>
    <w:r>
      <w:instrText>PAGE</w:instrText>
    </w:r>
    <w:r w:rsidR="00AD4E70">
      <w:fldChar w:fldCharType="separate"/>
    </w:r>
    <w:r w:rsidR="00AD4E70">
      <w:rPr>
        <w:noProof/>
      </w:rPr>
      <w:t>1</w:t>
    </w:r>
    <w:r>
      <w:fldChar w:fldCharType="end"/>
    </w:r>
    <w:r>
      <w:t xml:space="preserve"> of </w:t>
    </w:r>
    <w:r>
      <w:fldChar w:fldCharType="begin"/>
    </w:r>
    <w:r>
      <w:instrText>NUMPAGES</w:instrText>
    </w:r>
    <w:r w:rsidR="00AD4E70">
      <w:fldChar w:fldCharType="separate"/>
    </w:r>
    <w:r w:rsidR="00AD4E7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7CF28" w14:textId="77777777" w:rsidR="001514EC" w:rsidRDefault="001514EC">
      <w:pPr>
        <w:spacing w:after="0"/>
      </w:pPr>
      <w:r>
        <w:separator/>
      </w:r>
    </w:p>
  </w:footnote>
  <w:footnote w:type="continuationSeparator" w:id="0">
    <w:p w14:paraId="395EF572" w14:textId="77777777" w:rsidR="001514EC" w:rsidRDefault="001514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663821">
    <w:abstractNumId w:val="8"/>
  </w:num>
  <w:num w:numId="2" w16cid:durableId="1408115805">
    <w:abstractNumId w:val="6"/>
  </w:num>
  <w:num w:numId="3" w16cid:durableId="609359949">
    <w:abstractNumId w:val="5"/>
  </w:num>
  <w:num w:numId="4" w16cid:durableId="1099370929">
    <w:abstractNumId w:val="4"/>
  </w:num>
  <w:num w:numId="5" w16cid:durableId="1569342895">
    <w:abstractNumId w:val="7"/>
  </w:num>
  <w:num w:numId="6" w16cid:durableId="1610429326">
    <w:abstractNumId w:val="3"/>
  </w:num>
  <w:num w:numId="7" w16cid:durableId="1936474557">
    <w:abstractNumId w:val="2"/>
  </w:num>
  <w:num w:numId="8" w16cid:durableId="506362209">
    <w:abstractNumId w:val="1"/>
  </w:num>
  <w:num w:numId="9" w16cid:durableId="536508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14EC"/>
    <w:rsid w:val="0029639D"/>
    <w:rsid w:val="00326F90"/>
    <w:rsid w:val="00625414"/>
    <w:rsid w:val="00AA1D8D"/>
    <w:rsid w:val="00AD4E70"/>
    <w:rsid w:val="00B47730"/>
    <w:rsid w:val="00C516D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E71F03-F59A-459B-8CF3-FF8A42D7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line="240" w:lineRule="auto"/>
    </w:pPr>
    <w:rPr>
      <w:rFonts w:ascii="Times New Roman" w:eastAsia="Times New Roman" w:hAnsi="Times New Roman"/>
      <w:i/>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albert memeti</cp:lastModifiedBy>
  <cp:revision>2</cp:revision>
  <dcterms:created xsi:type="dcterms:W3CDTF">2013-12-23T23:15:00Z</dcterms:created>
  <dcterms:modified xsi:type="dcterms:W3CDTF">2026-08-09T14:26:00Z</dcterms:modified>
  <cp:category/>
</cp:coreProperties>
</file>