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83AE" w14:textId="77777777" w:rsidR="00937C51" w:rsidRPr="000B5220" w:rsidRDefault="00E62123">
      <w:pPr>
        <w:jc w:val="center"/>
        <w:rPr>
          <w:rFonts w:cs="Times New Roman"/>
        </w:rPr>
      </w:pPr>
      <w:r w:rsidRPr="000B5220">
        <w:rPr>
          <w:rFonts w:cs="Times New Roman"/>
          <w:b/>
          <w:sz w:val="30"/>
        </w:rPr>
        <w:t>ANNEX G: BANK ACCOUNT / FINANCIAL IDENTIFICATION FORM</w:t>
      </w:r>
    </w:p>
    <w:p w14:paraId="19B19D14" w14:textId="77777777" w:rsidR="00937C51" w:rsidRPr="000B5220" w:rsidRDefault="00E62123">
      <w:pPr>
        <w:jc w:val="center"/>
        <w:rPr>
          <w:rFonts w:cs="Times New Roman"/>
        </w:rPr>
      </w:pPr>
      <w:r w:rsidRPr="000B5220">
        <w:rPr>
          <w:rFonts w:cs="Times New Roman"/>
          <w:b/>
          <w:sz w:val="22"/>
        </w:rPr>
        <w:t>Small Grants Scheme – Beyond Barriers: Roma Resilience in the Western Balkans</w:t>
      </w:r>
    </w:p>
    <w:p w14:paraId="4DE3CD46" w14:textId="77777777" w:rsidR="00937C51" w:rsidRPr="000B5220" w:rsidRDefault="00E62123">
      <w:pPr>
        <w:pStyle w:val="Instruction"/>
        <w:rPr>
          <w:rFonts w:cs="Times New Roman"/>
        </w:rPr>
      </w:pPr>
      <w:r w:rsidRPr="000B5220">
        <w:rPr>
          <w:rFonts w:cs="Times New Roman"/>
        </w:rPr>
        <w:t>This form is adapted for the Small Grants Scheme from the banking section of the European Commission Business Partner Identification Form (2025). Enter the final beneficiary bank details, not intermediary-bank details. Attach recent bank evidence or obtain bank certification as indicated below.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6066"/>
      </w:tblGrid>
      <w:tr w:rsidR="00937C51" w:rsidRPr="000B5220" w14:paraId="6FA7A5C1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46DB6F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Title of proposed action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5D0578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424B41D0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8EE32A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Lead Applicant / account holder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AD7416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68FD8F10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28AFE3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Country of registration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F083D0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</w:tbl>
    <w:p w14:paraId="6266441C" w14:textId="77777777" w:rsidR="00937C51" w:rsidRPr="000B5220" w:rsidRDefault="00E62123">
      <w:pPr>
        <w:pStyle w:val="Heading1"/>
        <w:rPr>
          <w:rFonts w:ascii="Times New Roman" w:hAnsi="Times New Roman" w:cs="Times New Roman"/>
        </w:rPr>
      </w:pPr>
      <w:r w:rsidRPr="000B5220">
        <w:rPr>
          <w:rFonts w:ascii="Times New Roman" w:hAnsi="Times New Roman" w:cs="Times New Roman"/>
        </w:rPr>
        <w:t>G.1 Banking Details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5896"/>
      </w:tblGrid>
      <w:tr w:rsidR="00937C51" w:rsidRPr="000B5220" w14:paraId="2DD8B01C" w14:textId="77777777">
        <w:trPr>
          <w:cantSplit/>
          <w:tblHeader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4FC43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Field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26FD84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Account information</w:t>
            </w:r>
          </w:p>
        </w:tc>
      </w:tr>
      <w:tr w:rsidR="00937C51" w:rsidRPr="000B5220" w14:paraId="29E1F86F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E8DF1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Account name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CC342AF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2CF895E6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049164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IBAN / bank account number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4A85B8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3F2C4C59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9B58EB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Bank name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AF0A55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4C629635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79DAB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BIC / SWIFT code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C82C91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1C74FDAA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295FCB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Bank number / branch code, if applicable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4CE835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08E7C115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343661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Account currency, if relevant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16F5FD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1D0EB96B" w14:textId="77777777">
        <w:trPr>
          <w:cantSplit/>
          <w:jc w:val="center"/>
        </w:trPr>
        <w:tc>
          <w:tcPr>
            <w:tcW w:w="36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E6F1C2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Payment reference / remarks, if required</w:t>
            </w:r>
          </w:p>
        </w:tc>
        <w:tc>
          <w:tcPr>
            <w:tcW w:w="58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D582FB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</w:tbl>
    <w:p w14:paraId="58EBF65E" w14:textId="77777777" w:rsidR="00937C51" w:rsidRPr="000B5220" w:rsidRDefault="00E62123">
      <w:pPr>
        <w:pStyle w:val="Heading1"/>
        <w:rPr>
          <w:rFonts w:ascii="Times New Roman" w:hAnsi="Times New Roman" w:cs="Times New Roman"/>
        </w:rPr>
      </w:pPr>
      <w:r w:rsidRPr="000B5220">
        <w:rPr>
          <w:rFonts w:ascii="Times New Roman" w:hAnsi="Times New Roman" w:cs="Times New Roman"/>
        </w:rPr>
        <w:t>G.2 Bank Branch Address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6066"/>
      </w:tblGrid>
      <w:tr w:rsidR="00937C51" w:rsidRPr="000B5220" w14:paraId="5CAA77EC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574C5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Bank branch address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18776E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1813AC96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C7851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Postal code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495A23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389BCF45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D0AEFD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City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D5F819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2DAEF255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6B4B07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P.O. Box, if applicable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2A37E4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65370DD8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936BD1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Country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9BE899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</w:tbl>
    <w:p w14:paraId="0C1B16A0" w14:textId="77777777" w:rsidR="00937C51" w:rsidRPr="000B5220" w:rsidRDefault="00E62123">
      <w:pPr>
        <w:pStyle w:val="Heading1"/>
        <w:rPr>
          <w:rFonts w:ascii="Times New Roman" w:hAnsi="Times New Roman" w:cs="Times New Roman"/>
        </w:rPr>
      </w:pPr>
      <w:r w:rsidRPr="000B5220">
        <w:rPr>
          <w:rFonts w:ascii="Times New Roman" w:hAnsi="Times New Roman" w:cs="Times New Roman"/>
        </w:rPr>
        <w:t>G.3 Account Holder Details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6066"/>
      </w:tblGrid>
      <w:tr w:rsidR="00937C51" w:rsidRPr="000B5220" w14:paraId="21CAAF1F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3FB4F8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Legal owner of the bank account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0E5473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7EED95E0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AD0EF3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Address declared to the bank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23868D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48CB94D2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9BBD97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Postal code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C53694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3B836235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1919F3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City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055B10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19A301C9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5B6C9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P.O. Box, if applicable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618E75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  <w:tr w:rsidR="00937C51" w:rsidRPr="000B5220" w14:paraId="18784EDF" w14:textId="77777777">
        <w:trPr>
          <w:cantSplit/>
          <w:jc w:val="center"/>
        </w:trPr>
        <w:tc>
          <w:tcPr>
            <w:tcW w:w="34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884959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Country</w:t>
            </w:r>
          </w:p>
        </w:tc>
        <w:tc>
          <w:tcPr>
            <w:tcW w:w="60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72A032" w14:textId="77777777" w:rsidR="00937C51" w:rsidRPr="000B5220" w:rsidRDefault="00937C51">
            <w:pPr>
              <w:spacing w:after="0"/>
              <w:rPr>
                <w:rFonts w:cs="Times New Roman"/>
              </w:rPr>
            </w:pPr>
          </w:p>
        </w:tc>
      </w:tr>
    </w:tbl>
    <w:p w14:paraId="5A767709" w14:textId="77777777" w:rsidR="00937C51" w:rsidRPr="000B5220" w:rsidRDefault="00E62123">
      <w:pPr>
        <w:pStyle w:val="Instruction"/>
        <w:rPr>
          <w:rFonts w:cs="Times New Roman"/>
        </w:rPr>
      </w:pPr>
      <w:r w:rsidRPr="000B5220">
        <w:rPr>
          <w:rFonts w:cs="Times New Roman"/>
        </w:rPr>
        <w:t>Complete the address fields above if the address registered with the bank differs from the organisation’s registered-office address.</w:t>
      </w:r>
    </w:p>
    <w:p w14:paraId="0DC16CB0" w14:textId="77777777" w:rsidR="00937C51" w:rsidRPr="000B5220" w:rsidRDefault="00E62123">
      <w:pPr>
        <w:pStyle w:val="Heading1"/>
        <w:rPr>
          <w:rFonts w:ascii="Times New Roman" w:hAnsi="Times New Roman" w:cs="Times New Roman"/>
        </w:rPr>
      </w:pPr>
      <w:r w:rsidRPr="000B5220">
        <w:rPr>
          <w:rFonts w:ascii="Times New Roman" w:hAnsi="Times New Roman" w:cs="Times New Roman"/>
        </w:rPr>
        <w:t>G.4 Supporting Evidence / Bank Certification</w:t>
      </w:r>
    </w:p>
    <w:p w14:paraId="50735C4D" w14:textId="77777777" w:rsidR="00937C51" w:rsidRPr="000B5220" w:rsidRDefault="00E62123">
      <w:pPr>
        <w:ind w:left="113"/>
        <w:rPr>
          <w:rFonts w:cs="Times New Roman"/>
        </w:rPr>
      </w:pPr>
      <w:r w:rsidRPr="000B5220">
        <w:rPr>
          <w:rFonts w:ascii="Segoe UI Symbol" w:hAnsi="Segoe UI Symbol" w:cs="Segoe UI Symbol"/>
        </w:rPr>
        <w:t>☐</w:t>
      </w:r>
      <w:r w:rsidRPr="000B5220">
        <w:rPr>
          <w:rFonts w:cs="Times New Roman"/>
        </w:rPr>
        <w:t xml:space="preserve"> A recent bank statement or official bank confirmation is attached and clearly confirms the account name, IBAN/bank account number and bank name.</w:t>
      </w:r>
    </w:p>
    <w:p w14:paraId="74A8D0EF" w14:textId="77777777" w:rsidR="00937C51" w:rsidRPr="000B5220" w:rsidRDefault="00E62123">
      <w:pPr>
        <w:ind w:left="113"/>
        <w:rPr>
          <w:rFonts w:cs="Times New Roman"/>
        </w:rPr>
      </w:pPr>
      <w:r w:rsidRPr="000B5220">
        <w:rPr>
          <w:rFonts w:ascii="Segoe UI Symbol" w:hAnsi="Segoe UI Symbol" w:cs="Segoe UI Symbol"/>
        </w:rPr>
        <w:t>☐</w:t>
      </w:r>
      <w:r w:rsidRPr="000B5220">
        <w:rPr>
          <w:rFonts w:cs="Times New Roman"/>
        </w:rPr>
        <w:t xml:space="preserve"> If no recent bank evidence is attached, the bank representative completes and signs the certification below.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50"/>
        <w:gridCol w:w="1474"/>
      </w:tblGrid>
      <w:tr w:rsidR="00937C51" w:rsidRPr="000B5220" w14:paraId="39BF5D93" w14:textId="77777777">
        <w:trPr>
          <w:cantSplit/>
          <w:tblHeader/>
          <w:jc w:val="center"/>
        </w:trPr>
        <w:tc>
          <w:tcPr>
            <w:tcW w:w="8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644E4C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lastRenderedPageBreak/>
              <w:t>Supporting evidence</w:t>
            </w:r>
          </w:p>
        </w:tc>
        <w:tc>
          <w:tcPr>
            <w:tcW w:w="14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1C7BA0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8"/>
              </w:rPr>
              <w:t>Attached / completed</w:t>
            </w:r>
          </w:p>
        </w:tc>
      </w:tr>
      <w:tr w:rsidR="00937C51" w:rsidRPr="000B5220" w14:paraId="2D106D65" w14:textId="77777777">
        <w:trPr>
          <w:cantSplit/>
          <w:jc w:val="center"/>
        </w:trPr>
        <w:tc>
          <w:tcPr>
            <w:tcW w:w="8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75AFEF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sz w:val="18"/>
              </w:rPr>
              <w:t>Recent bank statement or official bank account confirmation</w:t>
            </w:r>
          </w:p>
        </w:tc>
        <w:tc>
          <w:tcPr>
            <w:tcW w:w="14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EB545E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937C51" w:rsidRPr="000B5220" w14:paraId="656895B2" w14:textId="77777777">
        <w:trPr>
          <w:cantSplit/>
          <w:jc w:val="center"/>
        </w:trPr>
        <w:tc>
          <w:tcPr>
            <w:tcW w:w="8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418DF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sz w:val="18"/>
              </w:rPr>
              <w:t>Bank representative signature and bank stamp (if bank evidence is not attached)</w:t>
            </w:r>
          </w:p>
        </w:tc>
        <w:tc>
          <w:tcPr>
            <w:tcW w:w="14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F00123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937C51" w:rsidRPr="000B5220" w14:paraId="7FFADE82" w14:textId="77777777">
        <w:trPr>
          <w:cantSplit/>
          <w:jc w:val="center"/>
        </w:trPr>
        <w:tc>
          <w:tcPr>
            <w:tcW w:w="80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43C2C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sz w:val="18"/>
              </w:rPr>
              <w:t>Other evidence requested by the Guidelines / Contracting Authority</w:t>
            </w:r>
          </w:p>
        </w:tc>
        <w:tc>
          <w:tcPr>
            <w:tcW w:w="14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942276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</w:tbl>
    <w:p w14:paraId="563712AB" w14:textId="77777777" w:rsidR="00937C51" w:rsidRPr="000B5220" w:rsidRDefault="00E62123">
      <w:pPr>
        <w:pStyle w:val="Heading1"/>
        <w:rPr>
          <w:rFonts w:ascii="Times New Roman" w:hAnsi="Times New Roman" w:cs="Times New Roman"/>
        </w:rPr>
      </w:pPr>
      <w:r w:rsidRPr="000B5220">
        <w:rPr>
          <w:rFonts w:ascii="Times New Roman" w:hAnsi="Times New Roman" w:cs="Times New Roman"/>
        </w:rPr>
        <w:t>G.5 Certification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937C51" w:rsidRPr="000B5220" w14:paraId="1FDBEE96" w14:textId="77777777">
        <w:trPr>
          <w:cantSplit/>
          <w:tblHeader/>
          <w:jc w:val="center"/>
        </w:trPr>
        <w:tc>
          <w:tcPr>
            <w:tcW w:w="47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D40443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7"/>
              </w:rPr>
              <w:t>Applicant / account holder certification</w:t>
            </w:r>
          </w:p>
        </w:tc>
        <w:tc>
          <w:tcPr>
            <w:tcW w:w="47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B44585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b/>
                <w:sz w:val="17"/>
              </w:rPr>
              <w:t>Bank certification (or attach recent bank evidence)</w:t>
            </w:r>
          </w:p>
        </w:tc>
      </w:tr>
      <w:tr w:rsidR="00937C51" w:rsidRPr="000B5220" w14:paraId="309FBD44" w14:textId="77777777">
        <w:trPr>
          <w:cantSplit/>
          <w:jc w:val="center"/>
        </w:trPr>
        <w:tc>
          <w:tcPr>
            <w:tcW w:w="47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5CC04A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sz w:val="17"/>
              </w:rPr>
              <w:t>Name of authorised representative:</w:t>
            </w:r>
            <w:r w:rsidRPr="000B5220">
              <w:rPr>
                <w:rFonts w:cs="Times New Roman"/>
                <w:sz w:val="17"/>
              </w:rPr>
              <w:br/>
              <w:t>Position:</w:t>
            </w:r>
            <w:r w:rsidRPr="000B5220">
              <w:rPr>
                <w:rFonts w:cs="Times New Roman"/>
                <w:sz w:val="17"/>
              </w:rPr>
              <w:br/>
              <w:t>Place and date:</w:t>
            </w:r>
            <w:r w:rsidRPr="000B5220">
              <w:rPr>
                <w:rFonts w:cs="Times New Roman"/>
                <w:sz w:val="17"/>
              </w:rPr>
              <w:br/>
              <w:t>Signature and stamp, if applicable:</w:t>
            </w:r>
            <w:r w:rsidRPr="000B5220">
              <w:rPr>
                <w:rFonts w:cs="Times New Roman"/>
                <w:sz w:val="17"/>
              </w:rPr>
              <w:br/>
            </w:r>
            <w:r w:rsidRPr="000B5220">
              <w:rPr>
                <w:rFonts w:cs="Times New Roman"/>
                <w:sz w:val="17"/>
              </w:rPr>
              <w:br/>
            </w:r>
            <w:r w:rsidRPr="000B5220">
              <w:rPr>
                <w:rFonts w:cs="Times New Roman"/>
                <w:sz w:val="17"/>
              </w:rPr>
              <w:br/>
            </w:r>
          </w:p>
        </w:tc>
        <w:tc>
          <w:tcPr>
            <w:tcW w:w="47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49C1E2" w14:textId="77777777" w:rsidR="00937C51" w:rsidRPr="000B5220" w:rsidRDefault="00E62123">
            <w:pPr>
              <w:spacing w:after="0"/>
              <w:rPr>
                <w:rFonts w:cs="Times New Roman"/>
              </w:rPr>
            </w:pPr>
            <w:r w:rsidRPr="000B5220">
              <w:rPr>
                <w:rFonts w:cs="Times New Roman"/>
                <w:sz w:val="17"/>
              </w:rPr>
              <w:t>Name of bank representative:</w:t>
            </w:r>
            <w:r w:rsidRPr="000B5220">
              <w:rPr>
                <w:rFonts w:cs="Times New Roman"/>
                <w:sz w:val="17"/>
              </w:rPr>
              <w:br/>
              <w:t>Position:</w:t>
            </w:r>
            <w:r w:rsidRPr="000B5220">
              <w:rPr>
                <w:rFonts w:cs="Times New Roman"/>
                <w:sz w:val="17"/>
              </w:rPr>
              <w:br/>
              <w:t>Date:</w:t>
            </w:r>
            <w:r w:rsidRPr="000B5220">
              <w:rPr>
                <w:rFonts w:cs="Times New Roman"/>
                <w:sz w:val="17"/>
              </w:rPr>
              <w:br/>
            </w:r>
            <w:r w:rsidRPr="000B5220">
              <w:rPr>
                <w:rFonts w:cs="Times New Roman"/>
                <w:sz w:val="17"/>
              </w:rPr>
              <w:t>Signature and bank stamp:</w:t>
            </w:r>
            <w:r w:rsidRPr="000B5220">
              <w:rPr>
                <w:rFonts w:cs="Times New Roman"/>
                <w:sz w:val="17"/>
              </w:rPr>
              <w:br/>
            </w:r>
            <w:r w:rsidRPr="000B5220">
              <w:rPr>
                <w:rFonts w:cs="Times New Roman"/>
                <w:sz w:val="17"/>
              </w:rPr>
              <w:br/>
            </w:r>
            <w:r w:rsidRPr="000B5220">
              <w:rPr>
                <w:rFonts w:cs="Times New Roman"/>
                <w:sz w:val="17"/>
              </w:rPr>
              <w:br/>
            </w:r>
          </w:p>
        </w:tc>
      </w:tr>
    </w:tbl>
    <w:p w14:paraId="398E4E78" w14:textId="77777777" w:rsidR="00E62123" w:rsidRPr="000B5220" w:rsidRDefault="00E62123">
      <w:pPr>
        <w:rPr>
          <w:rFonts w:cs="Times New Roman"/>
        </w:rPr>
      </w:pPr>
    </w:p>
    <w:sectPr w:rsidR="00E62123" w:rsidRPr="000B5220" w:rsidSect="00034616">
      <w:footerReference w:type="default" r:id="rId8"/>
      <w:pgSz w:w="12240" w:h="15840"/>
      <w:pgMar w:top="907" w:right="1134" w:bottom="1020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DEEED" w14:textId="77777777" w:rsidR="00E62123" w:rsidRDefault="00E62123">
      <w:pPr>
        <w:spacing w:after="0"/>
      </w:pPr>
      <w:r>
        <w:separator/>
      </w:r>
    </w:p>
  </w:endnote>
  <w:endnote w:type="continuationSeparator" w:id="0">
    <w:p w14:paraId="4FF0F06F" w14:textId="77777777" w:rsidR="00E62123" w:rsidRDefault="00E621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626F" w14:textId="6505ADDD" w:rsidR="00937C51" w:rsidRDefault="00E62123">
    <w:pPr>
      <w:pStyle w:val="Footer"/>
      <w:jc w:val="center"/>
    </w:pPr>
    <w:r>
      <w:rPr>
        <w:sz w:val="16"/>
      </w:rPr>
      <w:t xml:space="preserve">08-31/1-2026    |    Annex G - Bank Account / Financial Identification Form    |    Page </w:t>
    </w:r>
    <w:r>
      <w:fldChar w:fldCharType="begin"/>
    </w:r>
    <w:r>
      <w:instrText>PAGE</w:instrText>
    </w:r>
    <w:r w:rsidR="00367F9A">
      <w:fldChar w:fldCharType="separate"/>
    </w:r>
    <w:r w:rsidR="00367F9A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 w:rsidR="00367F9A">
      <w:fldChar w:fldCharType="separate"/>
    </w:r>
    <w:r w:rsidR="00367F9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BD281" w14:textId="77777777" w:rsidR="00E62123" w:rsidRDefault="00E62123">
      <w:pPr>
        <w:spacing w:after="0"/>
      </w:pPr>
      <w:r>
        <w:separator/>
      </w:r>
    </w:p>
  </w:footnote>
  <w:footnote w:type="continuationSeparator" w:id="0">
    <w:p w14:paraId="349B41F7" w14:textId="77777777" w:rsidR="00E62123" w:rsidRDefault="00E621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769149">
    <w:abstractNumId w:val="8"/>
  </w:num>
  <w:num w:numId="2" w16cid:durableId="1187790350">
    <w:abstractNumId w:val="6"/>
  </w:num>
  <w:num w:numId="3" w16cid:durableId="1902521151">
    <w:abstractNumId w:val="5"/>
  </w:num>
  <w:num w:numId="4" w16cid:durableId="127209109">
    <w:abstractNumId w:val="4"/>
  </w:num>
  <w:num w:numId="5" w16cid:durableId="1921215589">
    <w:abstractNumId w:val="7"/>
  </w:num>
  <w:num w:numId="6" w16cid:durableId="267273863">
    <w:abstractNumId w:val="3"/>
  </w:num>
  <w:num w:numId="7" w16cid:durableId="700975100">
    <w:abstractNumId w:val="2"/>
  </w:num>
  <w:num w:numId="8" w16cid:durableId="434330868">
    <w:abstractNumId w:val="1"/>
  </w:num>
  <w:num w:numId="9" w16cid:durableId="192298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220"/>
    <w:rsid w:val="0015074B"/>
    <w:rsid w:val="0029639D"/>
    <w:rsid w:val="00326F90"/>
    <w:rsid w:val="00367F9A"/>
    <w:rsid w:val="00937C51"/>
    <w:rsid w:val="00AA1D8D"/>
    <w:rsid w:val="00B47730"/>
    <w:rsid w:val="00C516D0"/>
    <w:rsid w:val="00CB0664"/>
    <w:rsid w:val="00E621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CE71F03-F59A-459B-8CF3-FF8A42D7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80" w:line="240" w:lineRule="auto"/>
    </w:pPr>
    <w:rPr>
      <w:rFonts w:ascii="Times New Roman" w:eastAsia="Times New Roman" w:hAnsi="Times New Roman"/>
      <w:i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albert memeti</cp:lastModifiedBy>
  <cp:revision>3</cp:revision>
  <dcterms:created xsi:type="dcterms:W3CDTF">2013-12-23T23:15:00Z</dcterms:created>
  <dcterms:modified xsi:type="dcterms:W3CDTF">2026-08-09T14:26:00Z</dcterms:modified>
  <cp:category/>
</cp:coreProperties>
</file>