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1CF0E" w14:textId="77777777" w:rsidR="00C113F1" w:rsidRPr="001754F0" w:rsidRDefault="000018F1">
      <w:pPr>
        <w:jc w:val="center"/>
        <w:rPr>
          <w:rFonts w:cs="Times New Roman"/>
        </w:rPr>
      </w:pPr>
      <w:r w:rsidRPr="001754F0">
        <w:rPr>
          <w:rFonts w:cs="Times New Roman"/>
          <w:b/>
          <w:sz w:val="30"/>
        </w:rPr>
        <w:t>ANNEX I: NARRATIVE AND FINANCIAL REPORTING TEMPLATE</w:t>
      </w:r>
    </w:p>
    <w:p w14:paraId="17E13297" w14:textId="77777777" w:rsidR="00C113F1" w:rsidRDefault="000018F1">
      <w:pPr>
        <w:jc w:val="center"/>
        <w:rPr>
          <w:rFonts w:cs="Times New Roman"/>
          <w:b/>
          <w:sz w:val="22"/>
        </w:rPr>
      </w:pPr>
      <w:r w:rsidRPr="001754F0">
        <w:rPr>
          <w:rFonts w:cs="Times New Roman"/>
          <w:b/>
          <w:sz w:val="22"/>
        </w:rPr>
        <w:t>Small Grants Scheme – Beyond Barriers: Roma Resilience in the Western Balkans</w:t>
      </w:r>
    </w:p>
    <w:p w14:paraId="42D2C223" w14:textId="77777777" w:rsidR="001754F0" w:rsidRPr="001754F0" w:rsidRDefault="001754F0">
      <w:pPr>
        <w:jc w:val="center"/>
        <w:rPr>
          <w:rFonts w:cs="Times New Roman"/>
        </w:rPr>
      </w:pPr>
    </w:p>
    <w:p w14:paraId="355E90EA" w14:textId="77777777" w:rsidR="00C113F1" w:rsidRDefault="000018F1">
      <w:pPr>
        <w:pStyle w:val="Instruction"/>
        <w:rPr>
          <w:rFonts w:cs="Times New Roman"/>
        </w:rPr>
      </w:pPr>
      <w:r w:rsidRPr="001754F0">
        <w:rPr>
          <w:rFonts w:cs="Times New Roman"/>
        </w:rPr>
        <w:t xml:space="preserve">Use this template for the report required under the Subgrant Agreement. Information must be consistent with the approved Application, Logical Framework and Budget. Financial figures must be reported in EUR. Where expenditure was incurred in another currency, retain the original-currency amount and document the exchange rate used. Do not include personal </w:t>
      </w:r>
      <w:proofErr w:type="gramStart"/>
      <w:r w:rsidRPr="001754F0">
        <w:rPr>
          <w:rFonts w:cs="Times New Roman"/>
        </w:rPr>
        <w:t>beneficiary data</w:t>
      </w:r>
      <w:proofErr w:type="gramEnd"/>
      <w:r w:rsidRPr="001754F0">
        <w:rPr>
          <w:rFonts w:cs="Times New Roman"/>
        </w:rPr>
        <w:t xml:space="preserve"> in this report; report aggregated figures only.</w:t>
      </w:r>
    </w:p>
    <w:p w14:paraId="6D8933CF" w14:textId="77777777" w:rsidR="001754F0" w:rsidRPr="001754F0" w:rsidRDefault="001754F0">
      <w:pPr>
        <w:pStyle w:val="Instruction"/>
        <w:rPr>
          <w:rFonts w:cs="Times New Roman"/>
        </w:rPr>
      </w:pPr>
    </w:p>
    <w:p w14:paraId="07EA347B" w14:textId="77777777" w:rsidR="00C113F1" w:rsidRPr="001754F0" w:rsidRDefault="000018F1">
      <w:pPr>
        <w:pStyle w:val="Heading1"/>
        <w:rPr>
          <w:rFonts w:ascii="Times New Roman" w:hAnsi="Times New Roman" w:cs="Times New Roman"/>
        </w:rPr>
      </w:pPr>
      <w:r w:rsidRPr="001754F0">
        <w:rPr>
          <w:rFonts w:ascii="Times New Roman" w:hAnsi="Times New Roman" w:cs="Times New Roman"/>
        </w:rPr>
        <w:t>I.1 Report Cover Page</w:t>
      </w:r>
    </w:p>
    <w:tbl>
      <w:tblPr>
        <w:tblStyle w:val="TableGrid"/>
        <w:tblW w:w="0" w:type="auto"/>
        <w:jc w:val="center"/>
        <w:tblLayout w:type="fixed"/>
        <w:tblLook w:val="04A0" w:firstRow="1" w:lastRow="0" w:firstColumn="1" w:lastColumn="0" w:noHBand="0" w:noVBand="1"/>
      </w:tblPr>
      <w:tblGrid>
        <w:gridCol w:w="3402"/>
        <w:gridCol w:w="6123"/>
      </w:tblGrid>
      <w:tr w:rsidR="00C113F1" w:rsidRPr="001754F0" w14:paraId="103E489B"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3EEC137F" w14:textId="77777777" w:rsidR="00C113F1" w:rsidRPr="001754F0" w:rsidRDefault="000018F1">
            <w:pPr>
              <w:spacing w:after="0"/>
              <w:rPr>
                <w:rFonts w:cs="Times New Roman"/>
              </w:rPr>
            </w:pPr>
            <w:r w:rsidRPr="001754F0">
              <w:rPr>
                <w:rFonts w:cs="Times New Roman"/>
                <w:b/>
                <w:sz w:val="18"/>
              </w:rPr>
              <w:t>Beneficiary (Lead Applicant)</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1B4CD8D" w14:textId="77777777" w:rsidR="00C113F1" w:rsidRPr="001754F0" w:rsidRDefault="00C113F1">
            <w:pPr>
              <w:spacing w:after="0"/>
              <w:rPr>
                <w:rFonts w:cs="Times New Roman"/>
              </w:rPr>
            </w:pPr>
          </w:p>
        </w:tc>
      </w:tr>
      <w:tr w:rsidR="00C113F1" w:rsidRPr="001754F0" w14:paraId="65CEC29A"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4074267F" w14:textId="77777777" w:rsidR="00C113F1" w:rsidRPr="001754F0" w:rsidRDefault="000018F1">
            <w:pPr>
              <w:spacing w:after="0"/>
              <w:rPr>
                <w:rFonts w:cs="Times New Roman"/>
              </w:rPr>
            </w:pPr>
            <w:r w:rsidRPr="001754F0">
              <w:rPr>
                <w:rFonts w:cs="Times New Roman"/>
                <w:b/>
                <w:sz w:val="18"/>
              </w:rPr>
              <w:t>Title of action</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2F5ABDB" w14:textId="77777777" w:rsidR="00C113F1" w:rsidRPr="001754F0" w:rsidRDefault="00C113F1">
            <w:pPr>
              <w:spacing w:after="0"/>
              <w:rPr>
                <w:rFonts w:cs="Times New Roman"/>
              </w:rPr>
            </w:pPr>
          </w:p>
        </w:tc>
      </w:tr>
      <w:tr w:rsidR="00C113F1" w:rsidRPr="001754F0" w14:paraId="24684A82"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480C8A2D" w14:textId="77777777" w:rsidR="00C113F1" w:rsidRPr="001754F0" w:rsidRDefault="000018F1">
            <w:pPr>
              <w:spacing w:after="0"/>
              <w:rPr>
                <w:rFonts w:cs="Times New Roman"/>
              </w:rPr>
            </w:pPr>
            <w:r w:rsidRPr="001754F0">
              <w:rPr>
                <w:rFonts w:cs="Times New Roman"/>
                <w:b/>
                <w:sz w:val="18"/>
              </w:rPr>
              <w:t>Subgrant Agreement number</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41DC055" w14:textId="77777777" w:rsidR="00C113F1" w:rsidRPr="001754F0" w:rsidRDefault="00C113F1">
            <w:pPr>
              <w:spacing w:after="0"/>
              <w:rPr>
                <w:rFonts w:cs="Times New Roman"/>
              </w:rPr>
            </w:pPr>
          </w:p>
        </w:tc>
      </w:tr>
      <w:tr w:rsidR="00C113F1" w:rsidRPr="001754F0" w14:paraId="10079C25"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4FFF1798" w14:textId="77777777" w:rsidR="00C113F1" w:rsidRPr="001754F0" w:rsidRDefault="000018F1">
            <w:pPr>
              <w:spacing w:after="0"/>
              <w:rPr>
                <w:rFonts w:cs="Times New Roman"/>
              </w:rPr>
            </w:pPr>
            <w:r w:rsidRPr="001754F0">
              <w:rPr>
                <w:rFonts w:cs="Times New Roman"/>
                <w:b/>
                <w:sz w:val="18"/>
              </w:rPr>
              <w:t>Implementation period</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390F2B" w14:textId="77777777" w:rsidR="00C113F1" w:rsidRPr="001754F0" w:rsidRDefault="000018F1">
            <w:pPr>
              <w:spacing w:after="0"/>
              <w:rPr>
                <w:rFonts w:cs="Times New Roman"/>
              </w:rPr>
            </w:pPr>
            <w:r w:rsidRPr="001754F0">
              <w:rPr>
                <w:rFonts w:cs="Times New Roman"/>
                <w:sz w:val="18"/>
              </w:rPr>
              <w:t>From: ____________________   To: ____________________</w:t>
            </w:r>
          </w:p>
        </w:tc>
      </w:tr>
      <w:tr w:rsidR="00C113F1" w:rsidRPr="001754F0" w14:paraId="4FDAA70A"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0EFE01C6" w14:textId="77777777" w:rsidR="00C113F1" w:rsidRPr="001754F0" w:rsidRDefault="000018F1">
            <w:pPr>
              <w:spacing w:after="0"/>
              <w:rPr>
                <w:rFonts w:cs="Times New Roman"/>
              </w:rPr>
            </w:pPr>
            <w:r w:rsidRPr="001754F0">
              <w:rPr>
                <w:rFonts w:cs="Times New Roman"/>
                <w:b/>
                <w:sz w:val="18"/>
              </w:rPr>
              <w:t>Reporting period</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196C399" w14:textId="77777777" w:rsidR="00C113F1" w:rsidRPr="001754F0" w:rsidRDefault="000018F1">
            <w:pPr>
              <w:spacing w:after="0"/>
              <w:rPr>
                <w:rFonts w:cs="Times New Roman"/>
              </w:rPr>
            </w:pPr>
            <w:r w:rsidRPr="001754F0">
              <w:rPr>
                <w:rFonts w:cs="Times New Roman"/>
                <w:sz w:val="18"/>
              </w:rPr>
              <w:t>From: ____________________   To: ____________________</w:t>
            </w:r>
          </w:p>
        </w:tc>
      </w:tr>
      <w:tr w:rsidR="00C113F1" w:rsidRPr="001754F0" w14:paraId="4F82BB07"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1246F809" w14:textId="77777777" w:rsidR="00C113F1" w:rsidRPr="001754F0" w:rsidRDefault="000018F1">
            <w:pPr>
              <w:spacing w:after="0"/>
              <w:rPr>
                <w:rFonts w:cs="Times New Roman"/>
              </w:rPr>
            </w:pPr>
            <w:r w:rsidRPr="001754F0">
              <w:rPr>
                <w:rFonts w:cs="Times New Roman"/>
                <w:b/>
                <w:sz w:val="18"/>
              </w:rPr>
              <w:t>Type of report</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A63D19" w14:textId="77777777" w:rsidR="00C113F1" w:rsidRPr="001754F0" w:rsidRDefault="000018F1">
            <w:pPr>
              <w:spacing w:after="0"/>
              <w:rPr>
                <w:rFonts w:cs="Times New Roman"/>
              </w:rPr>
            </w:pPr>
            <w:r w:rsidRPr="001754F0">
              <w:rPr>
                <w:rFonts w:ascii="Segoe UI Symbol" w:hAnsi="Segoe UI Symbol" w:cs="Segoe UI Symbol"/>
                <w:sz w:val="18"/>
              </w:rPr>
              <w:t>☐</w:t>
            </w:r>
            <w:r w:rsidRPr="001754F0">
              <w:rPr>
                <w:rFonts w:cs="Times New Roman"/>
                <w:sz w:val="18"/>
              </w:rPr>
              <w:t xml:space="preserve"> Final report     </w:t>
            </w:r>
            <w:r w:rsidRPr="001754F0">
              <w:rPr>
                <w:rFonts w:ascii="Segoe UI Symbol" w:hAnsi="Segoe UI Symbol" w:cs="Segoe UI Symbol"/>
                <w:sz w:val="18"/>
              </w:rPr>
              <w:t>☐</w:t>
            </w:r>
            <w:r w:rsidRPr="001754F0">
              <w:rPr>
                <w:rFonts w:cs="Times New Roman"/>
                <w:sz w:val="18"/>
              </w:rPr>
              <w:t xml:space="preserve"> Other: ______________________________</w:t>
            </w:r>
          </w:p>
        </w:tc>
      </w:tr>
      <w:tr w:rsidR="00C113F1" w:rsidRPr="001754F0" w14:paraId="4152928E"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654DD84D" w14:textId="77777777" w:rsidR="00C113F1" w:rsidRPr="001754F0" w:rsidRDefault="000018F1">
            <w:pPr>
              <w:spacing w:after="0"/>
              <w:rPr>
                <w:rFonts w:cs="Times New Roman"/>
              </w:rPr>
            </w:pPr>
            <w:r w:rsidRPr="001754F0">
              <w:rPr>
                <w:rFonts w:cs="Times New Roman"/>
                <w:b/>
                <w:sz w:val="18"/>
              </w:rPr>
              <w:t>Approved grant amount</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66FFD3A" w14:textId="77777777" w:rsidR="00C113F1" w:rsidRPr="001754F0" w:rsidRDefault="000018F1">
            <w:pPr>
              <w:spacing w:after="0"/>
              <w:rPr>
                <w:rFonts w:cs="Times New Roman"/>
              </w:rPr>
            </w:pPr>
            <w:r w:rsidRPr="001754F0">
              <w:rPr>
                <w:rFonts w:cs="Times New Roman"/>
                <w:sz w:val="18"/>
              </w:rPr>
              <w:t>EUR 20,000</w:t>
            </w:r>
          </w:p>
        </w:tc>
      </w:tr>
      <w:tr w:rsidR="00C113F1" w:rsidRPr="001754F0" w14:paraId="414EAA15"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17CD2E6D" w14:textId="77777777" w:rsidR="00C113F1" w:rsidRPr="001754F0" w:rsidRDefault="000018F1">
            <w:pPr>
              <w:spacing w:after="0"/>
              <w:rPr>
                <w:rFonts w:cs="Times New Roman"/>
              </w:rPr>
            </w:pPr>
            <w:r w:rsidRPr="001754F0">
              <w:rPr>
                <w:rFonts w:cs="Times New Roman"/>
                <w:b/>
                <w:sz w:val="18"/>
              </w:rPr>
              <w:t>Amount received to date (EUR)</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7AC119" w14:textId="77777777" w:rsidR="00C113F1" w:rsidRPr="001754F0" w:rsidRDefault="00C113F1">
            <w:pPr>
              <w:spacing w:after="0"/>
              <w:rPr>
                <w:rFonts w:cs="Times New Roman"/>
              </w:rPr>
            </w:pPr>
          </w:p>
        </w:tc>
      </w:tr>
      <w:tr w:rsidR="00C113F1" w:rsidRPr="001754F0" w14:paraId="1341A92E"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01DFC4D8" w14:textId="77777777" w:rsidR="00C113F1" w:rsidRPr="001754F0" w:rsidRDefault="000018F1">
            <w:pPr>
              <w:spacing w:after="0"/>
              <w:rPr>
                <w:rFonts w:cs="Times New Roman"/>
              </w:rPr>
            </w:pPr>
            <w:r w:rsidRPr="001754F0">
              <w:rPr>
                <w:rFonts w:cs="Times New Roman"/>
                <w:b/>
                <w:sz w:val="18"/>
              </w:rPr>
              <w:t>Date of submission</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08F4473" w14:textId="77777777" w:rsidR="00C113F1" w:rsidRPr="001754F0" w:rsidRDefault="00C113F1">
            <w:pPr>
              <w:spacing w:after="0"/>
              <w:rPr>
                <w:rFonts w:cs="Times New Roman"/>
              </w:rPr>
            </w:pPr>
          </w:p>
        </w:tc>
      </w:tr>
      <w:tr w:rsidR="00C113F1" w:rsidRPr="001754F0" w14:paraId="52F37B91"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5903F310" w14:textId="77777777" w:rsidR="00C113F1" w:rsidRPr="001754F0" w:rsidRDefault="000018F1">
            <w:pPr>
              <w:spacing w:after="0"/>
              <w:rPr>
                <w:rFonts w:cs="Times New Roman"/>
              </w:rPr>
            </w:pPr>
            <w:r w:rsidRPr="001754F0">
              <w:rPr>
                <w:rFonts w:cs="Times New Roman"/>
                <w:b/>
                <w:sz w:val="18"/>
              </w:rPr>
              <w:t>Contact person</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90A415" w14:textId="77777777" w:rsidR="00C113F1" w:rsidRPr="001754F0" w:rsidRDefault="00C113F1">
            <w:pPr>
              <w:spacing w:after="0"/>
              <w:rPr>
                <w:rFonts w:cs="Times New Roman"/>
              </w:rPr>
            </w:pPr>
          </w:p>
        </w:tc>
      </w:tr>
      <w:tr w:rsidR="00C113F1" w:rsidRPr="001754F0" w14:paraId="4FF4EC43"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61D83D85" w14:textId="77777777" w:rsidR="00C113F1" w:rsidRPr="001754F0" w:rsidRDefault="000018F1">
            <w:pPr>
              <w:spacing w:after="0"/>
              <w:rPr>
                <w:rFonts w:cs="Times New Roman"/>
              </w:rPr>
            </w:pPr>
            <w:r w:rsidRPr="001754F0">
              <w:rPr>
                <w:rFonts w:cs="Times New Roman"/>
                <w:b/>
                <w:sz w:val="18"/>
              </w:rPr>
              <w:t>Email / telephone</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FBCFAF9" w14:textId="77777777" w:rsidR="00C113F1" w:rsidRPr="001754F0" w:rsidRDefault="00C113F1">
            <w:pPr>
              <w:spacing w:after="0"/>
              <w:rPr>
                <w:rFonts w:cs="Times New Roman"/>
              </w:rPr>
            </w:pPr>
          </w:p>
        </w:tc>
      </w:tr>
    </w:tbl>
    <w:p w14:paraId="02189CF6" w14:textId="77777777" w:rsidR="00C113F1" w:rsidRPr="001754F0" w:rsidRDefault="000018F1">
      <w:pPr>
        <w:spacing w:before="160"/>
        <w:rPr>
          <w:rFonts w:cs="Times New Roman"/>
        </w:rPr>
      </w:pPr>
      <w:r w:rsidRPr="001754F0">
        <w:rPr>
          <w:rFonts w:cs="Times New Roman"/>
          <w:b/>
          <w:sz w:val="22"/>
        </w:rPr>
        <w:t>Reporting instructions</w:t>
      </w:r>
    </w:p>
    <w:p w14:paraId="054A3BF3"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Report against the approved action and the latest approved Budget and Logical Framework. Explain any material deviation, delay, under-achievement or budget variance.</w:t>
      </w:r>
    </w:p>
    <w:p w14:paraId="0BEA7DB3"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Use the same activity, output, outcome and indicator numbering as in the approved application wherever possible.</w:t>
      </w:r>
    </w:p>
    <w:p w14:paraId="3DE4EAC6"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Report unique beneficiaries where possible. Where beneficiary categories overlap (for example Roma women who are also youth/NEET), do not add overlapping categories together as if they were separate people.</w:t>
      </w:r>
    </w:p>
    <w:p w14:paraId="120F85B4"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Employment, self-employment and income-generation results should be supported by verifiable evidence appropriate to the result.</w:t>
      </w:r>
    </w:p>
    <w:p w14:paraId="7888F9D1"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Financial expenditure must be supported by adequate accounting records and documentation. Supporting documents should be clearly cross-referenced to the List of Expenditure.</w:t>
      </w:r>
    </w:p>
    <w:p w14:paraId="39E4C64E" w14:textId="77777777" w:rsidR="00C113F1" w:rsidRPr="001754F0" w:rsidRDefault="000018F1">
      <w:pPr>
        <w:spacing w:after="40"/>
        <w:ind w:left="312" w:hanging="159"/>
        <w:rPr>
          <w:rFonts w:cs="Times New Roman"/>
        </w:rPr>
      </w:pPr>
      <w:r w:rsidRPr="001754F0">
        <w:rPr>
          <w:rFonts w:cs="Times New Roman"/>
          <w:b/>
        </w:rPr>
        <w:t xml:space="preserve">• </w:t>
      </w:r>
      <w:r w:rsidRPr="001754F0">
        <w:rPr>
          <w:rFonts w:cs="Times New Roman"/>
        </w:rPr>
        <w:t>Keep original supporting documents and project records available for verification in accordance with the Subgrant Agreement.</w:t>
      </w:r>
    </w:p>
    <w:p w14:paraId="18987016" w14:textId="77777777" w:rsidR="00C113F1" w:rsidRPr="001754F0" w:rsidRDefault="000018F1">
      <w:pPr>
        <w:pStyle w:val="Heading1"/>
        <w:pageBreakBefore/>
        <w:rPr>
          <w:rFonts w:ascii="Times New Roman" w:hAnsi="Times New Roman" w:cs="Times New Roman"/>
        </w:rPr>
      </w:pPr>
      <w:r w:rsidRPr="001754F0">
        <w:rPr>
          <w:rFonts w:ascii="Times New Roman" w:hAnsi="Times New Roman" w:cs="Times New Roman"/>
        </w:rPr>
        <w:lastRenderedPageBreak/>
        <w:t>I.2 Narrative Report</w:t>
      </w:r>
    </w:p>
    <w:p w14:paraId="2B10B5FD"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I.2.1 Summary of implementation</w:t>
      </w:r>
    </w:p>
    <w:p w14:paraId="3B227504" w14:textId="77777777" w:rsidR="00C113F1" w:rsidRDefault="000018F1">
      <w:pPr>
        <w:pStyle w:val="Instruction"/>
        <w:rPr>
          <w:rFonts w:cs="Times New Roman"/>
        </w:rPr>
      </w:pPr>
      <w:r w:rsidRPr="001754F0">
        <w:rPr>
          <w:rFonts w:cs="Times New Roman"/>
        </w:rPr>
        <w:t>Provide a concise overview of implementation during the reporting period, including the overall status of the action, the most important achievements, key beneficiary results and any significant changes.</w:t>
      </w:r>
    </w:p>
    <w:p w14:paraId="608A0E44" w14:textId="77777777" w:rsidR="001754F0" w:rsidRDefault="001754F0">
      <w:pPr>
        <w:pStyle w:val="Instruction"/>
        <w:rPr>
          <w:rFonts w:cs="Times New Roman"/>
        </w:rPr>
      </w:pPr>
    </w:p>
    <w:p w14:paraId="09863CDC" w14:textId="77777777" w:rsidR="001754F0" w:rsidRDefault="001754F0">
      <w:pPr>
        <w:pStyle w:val="Instruction"/>
        <w:rPr>
          <w:rFonts w:cs="Times New Roman"/>
        </w:rPr>
      </w:pPr>
    </w:p>
    <w:p w14:paraId="1C3C04EB" w14:textId="77777777" w:rsidR="001754F0" w:rsidRDefault="001754F0">
      <w:pPr>
        <w:pStyle w:val="Instruction"/>
        <w:rPr>
          <w:rFonts w:cs="Times New Roman"/>
        </w:rPr>
      </w:pPr>
    </w:p>
    <w:p w14:paraId="0E86FAF5" w14:textId="77777777" w:rsidR="001754F0" w:rsidRPr="001754F0" w:rsidRDefault="001754F0">
      <w:pPr>
        <w:pStyle w:val="Instruction"/>
        <w:rPr>
          <w:rFonts w:cs="Times New Roman"/>
        </w:rPr>
      </w:pPr>
    </w:p>
    <w:p w14:paraId="294DBFC8"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I.2.2 Activities implemented</w:t>
      </w:r>
    </w:p>
    <w:p w14:paraId="26C32A55" w14:textId="77777777" w:rsidR="00C113F1" w:rsidRPr="001754F0" w:rsidRDefault="000018F1">
      <w:pPr>
        <w:pStyle w:val="Instruction"/>
        <w:rPr>
          <w:rFonts w:cs="Times New Roman"/>
        </w:rPr>
      </w:pPr>
      <w:r w:rsidRPr="001754F0">
        <w:rPr>
          <w:rFonts w:cs="Times New Roman"/>
        </w:rPr>
        <w:t>Summarise implementation against the approved work plan. Add rows if needed.</w:t>
      </w:r>
    </w:p>
    <w:tbl>
      <w:tblPr>
        <w:tblStyle w:val="TableGrid"/>
        <w:tblW w:w="0" w:type="auto"/>
        <w:jc w:val="center"/>
        <w:tblLayout w:type="fixed"/>
        <w:tblLook w:val="04A0" w:firstRow="1" w:lastRow="0" w:firstColumn="1" w:lastColumn="0" w:noHBand="0" w:noVBand="1"/>
      </w:tblPr>
      <w:tblGrid>
        <w:gridCol w:w="1360"/>
        <w:gridCol w:w="2097"/>
        <w:gridCol w:w="2324"/>
        <w:gridCol w:w="2041"/>
        <w:gridCol w:w="1701"/>
      </w:tblGrid>
      <w:tr w:rsidR="00C113F1" w:rsidRPr="001754F0" w14:paraId="6C419AA2" w14:textId="77777777">
        <w:trPr>
          <w:cantSplit/>
          <w:tblHeader/>
          <w:jc w:val="center"/>
        </w:trPr>
        <w:tc>
          <w:tcPr>
            <w:tcW w:w="1360"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283BCE14" w14:textId="77777777" w:rsidR="00C113F1" w:rsidRPr="001754F0" w:rsidRDefault="000018F1">
            <w:pPr>
              <w:spacing w:after="0"/>
              <w:rPr>
                <w:rFonts w:cs="Times New Roman"/>
              </w:rPr>
            </w:pPr>
            <w:r w:rsidRPr="001754F0">
              <w:rPr>
                <w:rFonts w:cs="Times New Roman"/>
                <w:b/>
                <w:sz w:val="16"/>
              </w:rPr>
              <w:t>Activity / reference</w:t>
            </w:r>
          </w:p>
        </w:tc>
        <w:tc>
          <w:tcPr>
            <w:tcW w:w="2097"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95DAEE2" w14:textId="77777777" w:rsidR="00C113F1" w:rsidRPr="001754F0" w:rsidRDefault="000018F1">
            <w:pPr>
              <w:spacing w:after="0"/>
              <w:rPr>
                <w:rFonts w:cs="Times New Roman"/>
              </w:rPr>
            </w:pPr>
            <w:r w:rsidRPr="001754F0">
              <w:rPr>
                <w:rFonts w:cs="Times New Roman"/>
                <w:b/>
                <w:sz w:val="16"/>
              </w:rPr>
              <w:t>Planned activity</w:t>
            </w:r>
          </w:p>
        </w:tc>
        <w:tc>
          <w:tcPr>
            <w:tcW w:w="2324"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A0AD0DE" w14:textId="77777777" w:rsidR="00C113F1" w:rsidRPr="001754F0" w:rsidRDefault="000018F1">
            <w:pPr>
              <w:spacing w:after="0"/>
              <w:rPr>
                <w:rFonts w:cs="Times New Roman"/>
              </w:rPr>
            </w:pPr>
            <w:r w:rsidRPr="001754F0">
              <w:rPr>
                <w:rFonts w:cs="Times New Roman"/>
                <w:b/>
                <w:sz w:val="16"/>
              </w:rPr>
              <w:t>What was implemented</w:t>
            </w:r>
          </w:p>
        </w:tc>
        <w:tc>
          <w:tcPr>
            <w:tcW w:w="2041"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BFBBA67" w14:textId="77777777" w:rsidR="00C113F1" w:rsidRPr="001754F0" w:rsidRDefault="000018F1">
            <w:pPr>
              <w:spacing w:after="0"/>
              <w:rPr>
                <w:rFonts w:cs="Times New Roman"/>
              </w:rPr>
            </w:pPr>
            <w:r w:rsidRPr="001754F0">
              <w:rPr>
                <w:rFonts w:cs="Times New Roman"/>
                <w:b/>
                <w:sz w:val="16"/>
              </w:rPr>
              <w:t>Main output / evidence</w:t>
            </w:r>
          </w:p>
        </w:tc>
        <w:tc>
          <w:tcPr>
            <w:tcW w:w="1701"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32ACE86" w14:textId="77777777" w:rsidR="00C113F1" w:rsidRPr="001754F0" w:rsidRDefault="000018F1">
            <w:pPr>
              <w:spacing w:after="0"/>
              <w:rPr>
                <w:rFonts w:cs="Times New Roman"/>
              </w:rPr>
            </w:pPr>
            <w:r w:rsidRPr="001754F0">
              <w:rPr>
                <w:rFonts w:cs="Times New Roman"/>
                <w:b/>
                <w:sz w:val="16"/>
              </w:rPr>
              <w:t>Status / variance</w:t>
            </w:r>
          </w:p>
        </w:tc>
      </w:tr>
      <w:tr w:rsidR="00C113F1" w:rsidRPr="001754F0" w14:paraId="07558A44" w14:textId="77777777">
        <w:trPr>
          <w:cantSplit/>
          <w:jc w:val="center"/>
        </w:trPr>
        <w:tc>
          <w:tcPr>
            <w:tcW w:w="1360"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BD61C48" w14:textId="77777777" w:rsidR="00C113F1" w:rsidRPr="001754F0" w:rsidRDefault="000018F1">
            <w:pPr>
              <w:spacing w:after="0"/>
              <w:rPr>
                <w:rFonts w:cs="Times New Roman"/>
              </w:rPr>
            </w:pPr>
            <w:r w:rsidRPr="001754F0">
              <w:rPr>
                <w:rFonts w:cs="Times New Roman"/>
                <w:sz w:val="16"/>
              </w:rPr>
              <w:t>A1</w:t>
            </w:r>
          </w:p>
        </w:tc>
        <w:tc>
          <w:tcPr>
            <w:tcW w:w="2097"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007D17E" w14:textId="77777777" w:rsidR="00C113F1" w:rsidRPr="001754F0" w:rsidRDefault="00C113F1">
            <w:pPr>
              <w:spacing w:after="0"/>
              <w:rPr>
                <w:rFonts w:cs="Times New Roman"/>
              </w:rPr>
            </w:pP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6FCB8B9" w14:textId="77777777" w:rsidR="00C113F1" w:rsidRPr="001754F0" w:rsidRDefault="00C113F1">
            <w:pPr>
              <w:spacing w:after="0"/>
              <w:rPr>
                <w:rFonts w:cs="Times New Roman"/>
              </w:rPr>
            </w:pPr>
          </w:p>
        </w:tc>
        <w:tc>
          <w:tcPr>
            <w:tcW w:w="204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4764E7" w14:textId="77777777" w:rsidR="00C113F1" w:rsidRPr="001754F0" w:rsidRDefault="00C113F1">
            <w:pPr>
              <w:spacing w:after="0"/>
              <w:rPr>
                <w:rFonts w:cs="Times New Roman"/>
              </w:rPr>
            </w:pPr>
          </w:p>
        </w:tc>
        <w:tc>
          <w:tcPr>
            <w:tcW w:w="170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5F6C7A3" w14:textId="77777777" w:rsidR="00C113F1" w:rsidRPr="001754F0" w:rsidRDefault="00C113F1">
            <w:pPr>
              <w:spacing w:after="0"/>
              <w:rPr>
                <w:rFonts w:cs="Times New Roman"/>
              </w:rPr>
            </w:pPr>
          </w:p>
        </w:tc>
      </w:tr>
      <w:tr w:rsidR="00C113F1" w:rsidRPr="001754F0" w14:paraId="75FDEBD3" w14:textId="77777777">
        <w:trPr>
          <w:cantSplit/>
          <w:jc w:val="center"/>
        </w:trPr>
        <w:tc>
          <w:tcPr>
            <w:tcW w:w="1360"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7A60234" w14:textId="77777777" w:rsidR="00C113F1" w:rsidRPr="001754F0" w:rsidRDefault="000018F1">
            <w:pPr>
              <w:spacing w:after="0"/>
              <w:rPr>
                <w:rFonts w:cs="Times New Roman"/>
              </w:rPr>
            </w:pPr>
            <w:r w:rsidRPr="001754F0">
              <w:rPr>
                <w:rFonts w:cs="Times New Roman"/>
                <w:sz w:val="16"/>
              </w:rPr>
              <w:t>A2</w:t>
            </w:r>
          </w:p>
        </w:tc>
        <w:tc>
          <w:tcPr>
            <w:tcW w:w="2097"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AF8B3D" w14:textId="77777777" w:rsidR="00C113F1" w:rsidRPr="001754F0" w:rsidRDefault="00C113F1">
            <w:pPr>
              <w:spacing w:after="0"/>
              <w:rPr>
                <w:rFonts w:cs="Times New Roman"/>
              </w:rPr>
            </w:pP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7D70DD" w14:textId="77777777" w:rsidR="00C113F1" w:rsidRPr="001754F0" w:rsidRDefault="00C113F1">
            <w:pPr>
              <w:spacing w:after="0"/>
              <w:rPr>
                <w:rFonts w:cs="Times New Roman"/>
              </w:rPr>
            </w:pPr>
          </w:p>
        </w:tc>
        <w:tc>
          <w:tcPr>
            <w:tcW w:w="204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5F8F9F" w14:textId="77777777" w:rsidR="00C113F1" w:rsidRPr="001754F0" w:rsidRDefault="00C113F1">
            <w:pPr>
              <w:spacing w:after="0"/>
              <w:rPr>
                <w:rFonts w:cs="Times New Roman"/>
              </w:rPr>
            </w:pPr>
          </w:p>
        </w:tc>
        <w:tc>
          <w:tcPr>
            <w:tcW w:w="170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715AF96" w14:textId="77777777" w:rsidR="00C113F1" w:rsidRPr="001754F0" w:rsidRDefault="00C113F1">
            <w:pPr>
              <w:spacing w:after="0"/>
              <w:rPr>
                <w:rFonts w:cs="Times New Roman"/>
              </w:rPr>
            </w:pPr>
          </w:p>
        </w:tc>
      </w:tr>
      <w:tr w:rsidR="00C113F1" w:rsidRPr="001754F0" w14:paraId="4EDE476C" w14:textId="77777777">
        <w:trPr>
          <w:cantSplit/>
          <w:jc w:val="center"/>
        </w:trPr>
        <w:tc>
          <w:tcPr>
            <w:tcW w:w="1360"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94CF1CB" w14:textId="77777777" w:rsidR="00C113F1" w:rsidRPr="001754F0" w:rsidRDefault="000018F1">
            <w:pPr>
              <w:spacing w:after="0"/>
              <w:rPr>
                <w:rFonts w:cs="Times New Roman"/>
              </w:rPr>
            </w:pPr>
            <w:r w:rsidRPr="001754F0">
              <w:rPr>
                <w:rFonts w:cs="Times New Roman"/>
                <w:sz w:val="16"/>
              </w:rPr>
              <w:t>A3</w:t>
            </w:r>
          </w:p>
        </w:tc>
        <w:tc>
          <w:tcPr>
            <w:tcW w:w="2097"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E4C135" w14:textId="77777777" w:rsidR="00C113F1" w:rsidRPr="001754F0" w:rsidRDefault="00C113F1">
            <w:pPr>
              <w:spacing w:after="0"/>
              <w:rPr>
                <w:rFonts w:cs="Times New Roman"/>
              </w:rPr>
            </w:pP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DD4B42A" w14:textId="77777777" w:rsidR="00C113F1" w:rsidRPr="001754F0" w:rsidRDefault="00C113F1">
            <w:pPr>
              <w:spacing w:after="0"/>
              <w:rPr>
                <w:rFonts w:cs="Times New Roman"/>
              </w:rPr>
            </w:pPr>
          </w:p>
        </w:tc>
        <w:tc>
          <w:tcPr>
            <w:tcW w:w="204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410AC04" w14:textId="77777777" w:rsidR="00C113F1" w:rsidRPr="001754F0" w:rsidRDefault="00C113F1">
            <w:pPr>
              <w:spacing w:after="0"/>
              <w:rPr>
                <w:rFonts w:cs="Times New Roman"/>
              </w:rPr>
            </w:pPr>
          </w:p>
        </w:tc>
        <w:tc>
          <w:tcPr>
            <w:tcW w:w="170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A3D990" w14:textId="77777777" w:rsidR="00C113F1" w:rsidRPr="001754F0" w:rsidRDefault="00C113F1">
            <w:pPr>
              <w:spacing w:after="0"/>
              <w:rPr>
                <w:rFonts w:cs="Times New Roman"/>
              </w:rPr>
            </w:pPr>
          </w:p>
        </w:tc>
      </w:tr>
      <w:tr w:rsidR="00C113F1" w:rsidRPr="001754F0" w14:paraId="54F90FDB" w14:textId="77777777">
        <w:trPr>
          <w:cantSplit/>
          <w:jc w:val="center"/>
        </w:trPr>
        <w:tc>
          <w:tcPr>
            <w:tcW w:w="1360"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066D978" w14:textId="77777777" w:rsidR="00C113F1" w:rsidRPr="001754F0" w:rsidRDefault="000018F1">
            <w:pPr>
              <w:spacing w:after="0"/>
              <w:rPr>
                <w:rFonts w:cs="Times New Roman"/>
              </w:rPr>
            </w:pPr>
            <w:r w:rsidRPr="001754F0">
              <w:rPr>
                <w:rFonts w:cs="Times New Roman"/>
                <w:sz w:val="16"/>
              </w:rPr>
              <w:t>A4</w:t>
            </w:r>
          </w:p>
        </w:tc>
        <w:tc>
          <w:tcPr>
            <w:tcW w:w="2097"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4B1A543" w14:textId="77777777" w:rsidR="00C113F1" w:rsidRPr="001754F0" w:rsidRDefault="00C113F1">
            <w:pPr>
              <w:spacing w:after="0"/>
              <w:rPr>
                <w:rFonts w:cs="Times New Roman"/>
              </w:rPr>
            </w:pP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1DDEEB" w14:textId="77777777" w:rsidR="00C113F1" w:rsidRPr="001754F0" w:rsidRDefault="00C113F1">
            <w:pPr>
              <w:spacing w:after="0"/>
              <w:rPr>
                <w:rFonts w:cs="Times New Roman"/>
              </w:rPr>
            </w:pPr>
          </w:p>
        </w:tc>
        <w:tc>
          <w:tcPr>
            <w:tcW w:w="204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FDC693" w14:textId="77777777" w:rsidR="00C113F1" w:rsidRPr="001754F0" w:rsidRDefault="00C113F1">
            <w:pPr>
              <w:spacing w:after="0"/>
              <w:rPr>
                <w:rFonts w:cs="Times New Roman"/>
              </w:rPr>
            </w:pPr>
          </w:p>
        </w:tc>
        <w:tc>
          <w:tcPr>
            <w:tcW w:w="170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4B7A9C7" w14:textId="77777777" w:rsidR="00C113F1" w:rsidRPr="001754F0" w:rsidRDefault="00C113F1">
            <w:pPr>
              <w:spacing w:after="0"/>
              <w:rPr>
                <w:rFonts w:cs="Times New Roman"/>
              </w:rPr>
            </w:pPr>
          </w:p>
        </w:tc>
      </w:tr>
      <w:tr w:rsidR="00C113F1" w:rsidRPr="001754F0" w14:paraId="285A91F1" w14:textId="77777777">
        <w:trPr>
          <w:cantSplit/>
          <w:jc w:val="center"/>
        </w:trPr>
        <w:tc>
          <w:tcPr>
            <w:tcW w:w="1360"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1E23938" w14:textId="77777777" w:rsidR="00C113F1" w:rsidRPr="001754F0" w:rsidRDefault="000018F1">
            <w:pPr>
              <w:spacing w:after="0"/>
              <w:rPr>
                <w:rFonts w:cs="Times New Roman"/>
              </w:rPr>
            </w:pPr>
            <w:r w:rsidRPr="001754F0">
              <w:rPr>
                <w:rFonts w:cs="Times New Roman"/>
                <w:sz w:val="16"/>
              </w:rPr>
              <w:t>A5</w:t>
            </w:r>
          </w:p>
        </w:tc>
        <w:tc>
          <w:tcPr>
            <w:tcW w:w="2097"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BA126E" w14:textId="77777777" w:rsidR="00C113F1" w:rsidRPr="001754F0" w:rsidRDefault="00C113F1">
            <w:pPr>
              <w:spacing w:after="0"/>
              <w:rPr>
                <w:rFonts w:cs="Times New Roman"/>
              </w:rPr>
            </w:pP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61CDD2" w14:textId="77777777" w:rsidR="00C113F1" w:rsidRPr="001754F0" w:rsidRDefault="00C113F1">
            <w:pPr>
              <w:spacing w:after="0"/>
              <w:rPr>
                <w:rFonts w:cs="Times New Roman"/>
              </w:rPr>
            </w:pPr>
          </w:p>
        </w:tc>
        <w:tc>
          <w:tcPr>
            <w:tcW w:w="204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A21AC2F" w14:textId="77777777" w:rsidR="00C113F1" w:rsidRPr="001754F0" w:rsidRDefault="00C113F1">
            <w:pPr>
              <w:spacing w:after="0"/>
              <w:rPr>
                <w:rFonts w:cs="Times New Roman"/>
              </w:rPr>
            </w:pPr>
          </w:p>
        </w:tc>
        <w:tc>
          <w:tcPr>
            <w:tcW w:w="170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8D75812" w14:textId="77777777" w:rsidR="00C113F1" w:rsidRPr="001754F0" w:rsidRDefault="00C113F1">
            <w:pPr>
              <w:spacing w:after="0"/>
              <w:rPr>
                <w:rFonts w:cs="Times New Roman"/>
              </w:rPr>
            </w:pPr>
          </w:p>
        </w:tc>
      </w:tr>
    </w:tbl>
    <w:p w14:paraId="359D9781"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I.2.3 Results achieved</w:t>
      </w:r>
    </w:p>
    <w:p w14:paraId="79C9F83E" w14:textId="77777777" w:rsidR="00C113F1" w:rsidRPr="001754F0" w:rsidRDefault="000018F1">
      <w:pPr>
        <w:pStyle w:val="Instruction"/>
        <w:rPr>
          <w:rFonts w:cs="Times New Roman"/>
        </w:rPr>
      </w:pPr>
      <w:r w:rsidRPr="001754F0">
        <w:rPr>
          <w:rFonts w:cs="Times New Roman"/>
        </w:rPr>
        <w:t>Describe progress toward expected outputs and outcomes, including any qualitative change that is not fully captured by the indicator table in Section I.3.</w:t>
      </w:r>
    </w:p>
    <w:p w14:paraId="405E2D2C" w14:textId="77777777" w:rsidR="001754F0" w:rsidRDefault="001754F0">
      <w:pPr>
        <w:pStyle w:val="Heading2"/>
        <w:rPr>
          <w:rFonts w:ascii="Times New Roman" w:hAnsi="Times New Roman" w:cs="Times New Roman"/>
        </w:rPr>
      </w:pPr>
    </w:p>
    <w:p w14:paraId="77581BE4" w14:textId="77777777" w:rsidR="001754F0" w:rsidRDefault="001754F0">
      <w:pPr>
        <w:pStyle w:val="Heading2"/>
        <w:rPr>
          <w:rFonts w:ascii="Times New Roman" w:hAnsi="Times New Roman" w:cs="Times New Roman"/>
        </w:rPr>
      </w:pPr>
    </w:p>
    <w:p w14:paraId="6052DACA" w14:textId="77777777" w:rsidR="001754F0" w:rsidRDefault="001754F0">
      <w:pPr>
        <w:pStyle w:val="Heading2"/>
        <w:rPr>
          <w:rFonts w:ascii="Times New Roman" w:hAnsi="Times New Roman" w:cs="Times New Roman"/>
        </w:rPr>
      </w:pPr>
    </w:p>
    <w:p w14:paraId="55D6C128" w14:textId="77777777" w:rsidR="001754F0" w:rsidRDefault="001754F0">
      <w:pPr>
        <w:pStyle w:val="Heading2"/>
        <w:rPr>
          <w:rFonts w:ascii="Times New Roman" w:hAnsi="Times New Roman" w:cs="Times New Roman"/>
        </w:rPr>
      </w:pPr>
    </w:p>
    <w:p w14:paraId="6CEA8622" w14:textId="65A06886" w:rsidR="00C113F1" w:rsidRPr="001754F0" w:rsidRDefault="000018F1">
      <w:pPr>
        <w:pStyle w:val="Heading2"/>
        <w:rPr>
          <w:rFonts w:ascii="Times New Roman" w:hAnsi="Times New Roman" w:cs="Times New Roman"/>
        </w:rPr>
      </w:pPr>
      <w:r w:rsidRPr="001754F0">
        <w:rPr>
          <w:rFonts w:ascii="Times New Roman" w:hAnsi="Times New Roman" w:cs="Times New Roman"/>
        </w:rPr>
        <w:t>I.2.4 Employment, self-employment, apprenticeship and income-generation results</w:t>
      </w:r>
    </w:p>
    <w:p w14:paraId="7C28C9FF" w14:textId="77777777" w:rsidR="00C113F1" w:rsidRPr="001754F0" w:rsidRDefault="000018F1">
      <w:pPr>
        <w:pStyle w:val="Instruction"/>
        <w:rPr>
          <w:rFonts w:cs="Times New Roman"/>
        </w:rPr>
      </w:pPr>
      <w:r w:rsidRPr="001754F0">
        <w:rPr>
          <w:rFonts w:cs="Times New Roman"/>
        </w:rPr>
        <w:t>Complete only the result areas relevant to the action. Figures must be consistent with Sections I.3 and I.4.</w:t>
      </w:r>
    </w:p>
    <w:tbl>
      <w:tblPr>
        <w:tblStyle w:val="TableGrid"/>
        <w:tblW w:w="0" w:type="auto"/>
        <w:jc w:val="center"/>
        <w:tblLayout w:type="fixed"/>
        <w:tblLook w:val="04A0" w:firstRow="1" w:lastRow="0" w:firstColumn="1" w:lastColumn="0" w:noHBand="0" w:noVBand="1"/>
      </w:tblPr>
      <w:tblGrid>
        <w:gridCol w:w="2268"/>
        <w:gridCol w:w="1134"/>
        <w:gridCol w:w="1134"/>
        <w:gridCol w:w="2608"/>
        <w:gridCol w:w="2381"/>
      </w:tblGrid>
      <w:tr w:rsidR="00C113F1" w:rsidRPr="001754F0" w14:paraId="29AC4D71" w14:textId="77777777">
        <w:trPr>
          <w:cantSplit/>
          <w:tblHeader/>
          <w:jc w:val="center"/>
        </w:trPr>
        <w:tc>
          <w:tcPr>
            <w:tcW w:w="2268"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3DA4162" w14:textId="77777777" w:rsidR="00C113F1" w:rsidRPr="001754F0" w:rsidRDefault="000018F1">
            <w:pPr>
              <w:spacing w:after="0"/>
              <w:rPr>
                <w:rFonts w:cs="Times New Roman"/>
              </w:rPr>
            </w:pPr>
            <w:r w:rsidRPr="001754F0">
              <w:rPr>
                <w:rFonts w:cs="Times New Roman"/>
                <w:b/>
                <w:sz w:val="16"/>
              </w:rPr>
              <w:t>Result area</w:t>
            </w:r>
          </w:p>
        </w:tc>
        <w:tc>
          <w:tcPr>
            <w:tcW w:w="1134"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270B2F49" w14:textId="77777777" w:rsidR="00C113F1" w:rsidRPr="001754F0" w:rsidRDefault="000018F1">
            <w:pPr>
              <w:spacing w:after="0"/>
              <w:rPr>
                <w:rFonts w:cs="Times New Roman"/>
              </w:rPr>
            </w:pPr>
            <w:r w:rsidRPr="001754F0">
              <w:rPr>
                <w:rFonts w:cs="Times New Roman"/>
                <w:b/>
                <w:sz w:val="16"/>
              </w:rPr>
              <w:t>Planned</w:t>
            </w:r>
          </w:p>
        </w:tc>
        <w:tc>
          <w:tcPr>
            <w:tcW w:w="1134"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321BF76" w14:textId="77777777" w:rsidR="00C113F1" w:rsidRPr="001754F0" w:rsidRDefault="000018F1">
            <w:pPr>
              <w:spacing w:after="0"/>
              <w:rPr>
                <w:rFonts w:cs="Times New Roman"/>
              </w:rPr>
            </w:pPr>
            <w:r w:rsidRPr="001754F0">
              <w:rPr>
                <w:rFonts w:cs="Times New Roman"/>
                <w:b/>
                <w:sz w:val="16"/>
              </w:rPr>
              <w:t>Achieved</w:t>
            </w:r>
          </w:p>
        </w:tc>
        <w:tc>
          <w:tcPr>
            <w:tcW w:w="2608"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0BAF7B1" w14:textId="77777777" w:rsidR="00C113F1" w:rsidRPr="001754F0" w:rsidRDefault="000018F1">
            <w:pPr>
              <w:spacing w:after="0"/>
              <w:rPr>
                <w:rFonts w:cs="Times New Roman"/>
              </w:rPr>
            </w:pPr>
            <w:r w:rsidRPr="001754F0">
              <w:rPr>
                <w:rFonts w:cs="Times New Roman"/>
                <w:b/>
                <w:sz w:val="16"/>
              </w:rPr>
              <w:t>Verification / evidence</w:t>
            </w:r>
          </w:p>
        </w:tc>
        <w:tc>
          <w:tcPr>
            <w:tcW w:w="2381"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FBD3BCF" w14:textId="77777777" w:rsidR="00C113F1" w:rsidRPr="001754F0" w:rsidRDefault="000018F1">
            <w:pPr>
              <w:spacing w:after="0"/>
              <w:rPr>
                <w:rFonts w:cs="Times New Roman"/>
              </w:rPr>
            </w:pPr>
            <w:r w:rsidRPr="001754F0">
              <w:rPr>
                <w:rFonts w:cs="Times New Roman"/>
                <w:b/>
                <w:sz w:val="16"/>
              </w:rPr>
              <w:t>Follow-up / sustainability</w:t>
            </w:r>
          </w:p>
        </w:tc>
      </w:tr>
      <w:tr w:rsidR="00C113F1" w:rsidRPr="001754F0" w14:paraId="679DA5EE"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223A857" w14:textId="77777777" w:rsidR="00C113F1" w:rsidRPr="001754F0" w:rsidRDefault="000018F1">
            <w:pPr>
              <w:spacing w:after="0"/>
              <w:rPr>
                <w:rFonts w:cs="Times New Roman"/>
              </w:rPr>
            </w:pPr>
            <w:r w:rsidRPr="001754F0">
              <w:rPr>
                <w:rFonts w:cs="Times New Roman"/>
                <w:sz w:val="16"/>
              </w:rPr>
              <w:t>Persons trained</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FDE59A"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35E102C"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9F4FE8"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C97516" w14:textId="77777777" w:rsidR="00C113F1" w:rsidRPr="001754F0" w:rsidRDefault="00C113F1">
            <w:pPr>
              <w:spacing w:after="0"/>
              <w:rPr>
                <w:rFonts w:cs="Times New Roman"/>
              </w:rPr>
            </w:pPr>
          </w:p>
        </w:tc>
      </w:tr>
      <w:tr w:rsidR="00C113F1" w:rsidRPr="001754F0" w14:paraId="05756132"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5F38C9B" w14:textId="77777777" w:rsidR="00C113F1" w:rsidRPr="001754F0" w:rsidRDefault="000018F1">
            <w:pPr>
              <w:spacing w:after="0"/>
              <w:rPr>
                <w:rFonts w:cs="Times New Roman"/>
              </w:rPr>
            </w:pPr>
            <w:r w:rsidRPr="001754F0">
              <w:rPr>
                <w:rFonts w:cs="Times New Roman"/>
                <w:sz w:val="16"/>
              </w:rPr>
              <w:t>Persons certified</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65D46D"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C932353"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BF1D2B"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5CEB152" w14:textId="77777777" w:rsidR="00C113F1" w:rsidRPr="001754F0" w:rsidRDefault="00C113F1">
            <w:pPr>
              <w:spacing w:after="0"/>
              <w:rPr>
                <w:rFonts w:cs="Times New Roman"/>
              </w:rPr>
            </w:pPr>
          </w:p>
        </w:tc>
      </w:tr>
      <w:tr w:rsidR="00C113F1" w:rsidRPr="001754F0" w14:paraId="233134A9"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31E7CCE" w14:textId="77777777" w:rsidR="00C113F1" w:rsidRPr="001754F0" w:rsidRDefault="000018F1">
            <w:pPr>
              <w:spacing w:after="0"/>
              <w:rPr>
                <w:rFonts w:cs="Times New Roman"/>
              </w:rPr>
            </w:pPr>
            <w:r w:rsidRPr="001754F0">
              <w:rPr>
                <w:rFonts w:cs="Times New Roman"/>
                <w:sz w:val="16"/>
              </w:rPr>
              <w:t>Persons placed in employment</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A6A2CF"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C0ACFA"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CB8D220"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96217A0" w14:textId="77777777" w:rsidR="00C113F1" w:rsidRPr="001754F0" w:rsidRDefault="00C113F1">
            <w:pPr>
              <w:spacing w:after="0"/>
              <w:rPr>
                <w:rFonts w:cs="Times New Roman"/>
              </w:rPr>
            </w:pPr>
          </w:p>
        </w:tc>
      </w:tr>
      <w:tr w:rsidR="00C113F1" w:rsidRPr="001754F0" w14:paraId="56455A1B"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BE0193" w14:textId="77777777" w:rsidR="00C113F1" w:rsidRPr="001754F0" w:rsidRDefault="000018F1">
            <w:pPr>
              <w:spacing w:after="0"/>
              <w:rPr>
                <w:rFonts w:cs="Times New Roman"/>
              </w:rPr>
            </w:pPr>
            <w:r w:rsidRPr="001754F0">
              <w:rPr>
                <w:rFonts w:cs="Times New Roman"/>
                <w:sz w:val="16"/>
              </w:rPr>
              <w:t>Apprenticeships / internships</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14F377F"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710EDD6"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F80F765"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9FB090" w14:textId="77777777" w:rsidR="00C113F1" w:rsidRPr="001754F0" w:rsidRDefault="00C113F1">
            <w:pPr>
              <w:spacing w:after="0"/>
              <w:rPr>
                <w:rFonts w:cs="Times New Roman"/>
              </w:rPr>
            </w:pPr>
          </w:p>
        </w:tc>
      </w:tr>
      <w:tr w:rsidR="00C113F1" w:rsidRPr="001754F0" w14:paraId="7CFE4195"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9E96D3" w14:textId="77777777" w:rsidR="00C113F1" w:rsidRPr="001754F0" w:rsidRDefault="000018F1">
            <w:pPr>
              <w:spacing w:after="0"/>
              <w:rPr>
                <w:rFonts w:cs="Times New Roman"/>
              </w:rPr>
            </w:pPr>
            <w:r w:rsidRPr="001754F0">
              <w:rPr>
                <w:rFonts w:cs="Times New Roman"/>
                <w:sz w:val="16"/>
              </w:rPr>
              <w:t>Persons supported for self-employment</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0CEE67"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3229F69"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24A6F9D"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A8A63D" w14:textId="77777777" w:rsidR="00C113F1" w:rsidRPr="001754F0" w:rsidRDefault="00C113F1">
            <w:pPr>
              <w:spacing w:after="0"/>
              <w:rPr>
                <w:rFonts w:cs="Times New Roman"/>
              </w:rPr>
            </w:pPr>
          </w:p>
        </w:tc>
      </w:tr>
      <w:tr w:rsidR="00C113F1" w:rsidRPr="001754F0" w14:paraId="2CC4F626"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126DFA6" w14:textId="77777777" w:rsidR="00C113F1" w:rsidRPr="001754F0" w:rsidRDefault="000018F1">
            <w:pPr>
              <w:spacing w:after="0"/>
              <w:rPr>
                <w:rFonts w:cs="Times New Roman"/>
              </w:rPr>
            </w:pPr>
            <w:r w:rsidRPr="001754F0">
              <w:rPr>
                <w:rFonts w:cs="Times New Roman"/>
                <w:sz w:val="16"/>
              </w:rPr>
              <w:t>Micro-businesses / social enterprises supported or created</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5EBA26"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180B49"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175D44C"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05E4D37" w14:textId="77777777" w:rsidR="00C113F1" w:rsidRPr="001754F0" w:rsidRDefault="00C113F1">
            <w:pPr>
              <w:spacing w:after="0"/>
              <w:rPr>
                <w:rFonts w:cs="Times New Roman"/>
              </w:rPr>
            </w:pPr>
          </w:p>
        </w:tc>
      </w:tr>
      <w:tr w:rsidR="00C113F1" w:rsidRPr="001754F0" w14:paraId="14FB15EB" w14:textId="77777777">
        <w:trPr>
          <w:cantSplit/>
          <w:jc w:val="center"/>
        </w:trPr>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23C801" w14:textId="77777777" w:rsidR="00C113F1" w:rsidRPr="001754F0" w:rsidRDefault="000018F1">
            <w:pPr>
              <w:spacing w:after="0"/>
              <w:rPr>
                <w:rFonts w:cs="Times New Roman"/>
              </w:rPr>
            </w:pPr>
            <w:r w:rsidRPr="001754F0">
              <w:rPr>
                <w:rFonts w:cs="Times New Roman"/>
                <w:sz w:val="16"/>
              </w:rPr>
              <w:t>Beneficiaries with improved income / livelihood</w:t>
            </w: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6BC8AAE" w14:textId="77777777" w:rsidR="00C113F1" w:rsidRPr="001754F0" w:rsidRDefault="00C113F1">
            <w:pPr>
              <w:spacing w:after="0"/>
              <w:rPr>
                <w:rFonts w:cs="Times New Roman"/>
              </w:rPr>
            </w:pPr>
          </w:p>
        </w:tc>
        <w:tc>
          <w:tcPr>
            <w:tcW w:w="113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A211784" w14:textId="77777777" w:rsidR="00C113F1" w:rsidRPr="001754F0" w:rsidRDefault="00C113F1">
            <w:pPr>
              <w:spacing w:after="0"/>
              <w:rPr>
                <w:rFonts w:cs="Times New Roman"/>
              </w:rPr>
            </w:pPr>
          </w:p>
        </w:tc>
        <w:tc>
          <w:tcPr>
            <w:tcW w:w="260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9008C7" w14:textId="77777777" w:rsidR="00C113F1" w:rsidRPr="001754F0" w:rsidRDefault="00C113F1">
            <w:pPr>
              <w:spacing w:after="0"/>
              <w:rPr>
                <w:rFonts w:cs="Times New Roman"/>
              </w:rPr>
            </w:pPr>
          </w:p>
        </w:tc>
        <w:tc>
          <w:tcPr>
            <w:tcW w:w="2381"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ADB4BA" w14:textId="77777777" w:rsidR="00C113F1" w:rsidRPr="001754F0" w:rsidRDefault="00C113F1">
            <w:pPr>
              <w:spacing w:after="0"/>
              <w:rPr>
                <w:rFonts w:cs="Times New Roman"/>
              </w:rPr>
            </w:pPr>
          </w:p>
        </w:tc>
      </w:tr>
    </w:tbl>
    <w:p w14:paraId="3173C8C6" w14:textId="77777777" w:rsidR="001754F0" w:rsidRDefault="001754F0" w:rsidP="001754F0">
      <w:pPr>
        <w:pStyle w:val="Heading2"/>
        <w:spacing w:before="0" w:after="0"/>
        <w:rPr>
          <w:rFonts w:ascii="Times New Roman" w:hAnsi="Times New Roman" w:cs="Times New Roman"/>
        </w:rPr>
      </w:pPr>
    </w:p>
    <w:p w14:paraId="50664AAD" w14:textId="77777777" w:rsidR="001754F0" w:rsidRDefault="001754F0" w:rsidP="001754F0"/>
    <w:p w14:paraId="014B731F" w14:textId="77777777" w:rsidR="001754F0" w:rsidRDefault="001754F0" w:rsidP="001754F0"/>
    <w:p w14:paraId="7F84A3BF" w14:textId="41EA30FE" w:rsidR="00C113F1" w:rsidRPr="001754F0" w:rsidRDefault="000018F1">
      <w:pPr>
        <w:pStyle w:val="Heading2"/>
        <w:rPr>
          <w:rFonts w:ascii="Times New Roman" w:hAnsi="Times New Roman" w:cs="Times New Roman"/>
        </w:rPr>
      </w:pPr>
      <w:r w:rsidRPr="001754F0">
        <w:rPr>
          <w:rFonts w:ascii="Times New Roman" w:hAnsi="Times New Roman" w:cs="Times New Roman"/>
        </w:rPr>
        <w:lastRenderedPageBreak/>
        <w:t>I.2.5 Target groups and beneficiaries reached</w:t>
      </w:r>
    </w:p>
    <w:p w14:paraId="1E8ACC40" w14:textId="77777777" w:rsidR="00C113F1" w:rsidRPr="001754F0" w:rsidRDefault="000018F1">
      <w:pPr>
        <w:pStyle w:val="Instruction"/>
        <w:rPr>
          <w:rFonts w:cs="Times New Roman"/>
        </w:rPr>
      </w:pPr>
      <w:r w:rsidRPr="001754F0">
        <w:rPr>
          <w:rFonts w:cs="Times New Roman"/>
        </w:rPr>
        <w:t>Describe how beneficiaries were reached and selected, whether planned target groups were reached, and any important inclusion or access issues. Refer to the quantitative data in Section I.4.</w:t>
      </w:r>
    </w:p>
    <w:p w14:paraId="6A8E1A10" w14:textId="77777777" w:rsidR="001754F0" w:rsidRDefault="001754F0" w:rsidP="001754F0"/>
    <w:p w14:paraId="3051B15A" w14:textId="77777777" w:rsidR="001754F0" w:rsidRDefault="001754F0" w:rsidP="001754F0"/>
    <w:p w14:paraId="624ED21A" w14:textId="77777777" w:rsidR="001754F0" w:rsidRDefault="001754F0">
      <w:pPr>
        <w:pStyle w:val="Heading2"/>
        <w:rPr>
          <w:rFonts w:ascii="Times New Roman" w:hAnsi="Times New Roman" w:cs="Times New Roman"/>
        </w:rPr>
      </w:pPr>
    </w:p>
    <w:p w14:paraId="382220EF" w14:textId="5A615034" w:rsidR="00C113F1" w:rsidRPr="001754F0" w:rsidRDefault="000018F1">
      <w:pPr>
        <w:pStyle w:val="Heading2"/>
        <w:rPr>
          <w:rFonts w:ascii="Times New Roman" w:hAnsi="Times New Roman" w:cs="Times New Roman"/>
        </w:rPr>
      </w:pPr>
      <w:r w:rsidRPr="001754F0">
        <w:rPr>
          <w:rFonts w:ascii="Times New Roman" w:hAnsi="Times New Roman" w:cs="Times New Roman"/>
        </w:rPr>
        <w:t>I.2.6 Partnerships and stakeholder cooperation</w:t>
      </w:r>
    </w:p>
    <w:p w14:paraId="10563097" w14:textId="77777777" w:rsidR="00C113F1" w:rsidRDefault="000018F1">
      <w:pPr>
        <w:pStyle w:val="Instruction"/>
        <w:rPr>
          <w:rFonts w:cs="Times New Roman"/>
        </w:rPr>
      </w:pPr>
      <w:r w:rsidRPr="001754F0">
        <w:rPr>
          <w:rFonts w:cs="Times New Roman"/>
        </w:rPr>
        <w:t>Describe the contribution of Co-applicants, associates, employers, municipalities, training providers, businesses and other stakeholders, including any partnership changes.</w:t>
      </w:r>
    </w:p>
    <w:p w14:paraId="7CBE0273" w14:textId="77777777" w:rsidR="001754F0" w:rsidRDefault="001754F0">
      <w:pPr>
        <w:pStyle w:val="Instruction"/>
        <w:rPr>
          <w:rFonts w:cs="Times New Roman"/>
        </w:rPr>
      </w:pPr>
    </w:p>
    <w:p w14:paraId="2709E1D5" w14:textId="77777777" w:rsidR="001754F0" w:rsidRDefault="001754F0">
      <w:pPr>
        <w:pStyle w:val="Instruction"/>
        <w:rPr>
          <w:rFonts w:cs="Times New Roman"/>
        </w:rPr>
      </w:pPr>
    </w:p>
    <w:p w14:paraId="6FFF9551" w14:textId="77777777" w:rsidR="001754F0" w:rsidRDefault="001754F0">
      <w:pPr>
        <w:pStyle w:val="Instruction"/>
        <w:rPr>
          <w:rFonts w:cs="Times New Roman"/>
        </w:rPr>
      </w:pPr>
    </w:p>
    <w:p w14:paraId="76A7AE61" w14:textId="77777777" w:rsidR="001754F0" w:rsidRPr="001754F0" w:rsidRDefault="001754F0">
      <w:pPr>
        <w:pStyle w:val="Instruction"/>
        <w:rPr>
          <w:rFonts w:cs="Times New Roman"/>
        </w:rPr>
      </w:pPr>
    </w:p>
    <w:p w14:paraId="57BFB21C"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I.2.7 Communication and visibility of EU support</w:t>
      </w:r>
    </w:p>
    <w:p w14:paraId="7020C7B1" w14:textId="77777777" w:rsidR="00C113F1" w:rsidRDefault="000018F1">
      <w:pPr>
        <w:pStyle w:val="Instruction"/>
        <w:rPr>
          <w:rFonts w:cs="Times New Roman"/>
        </w:rPr>
      </w:pPr>
      <w:r w:rsidRPr="001754F0">
        <w:rPr>
          <w:rFonts w:cs="Times New Roman"/>
        </w:rPr>
        <w:t>Summarise communication and visibility actions, key audiences reached and the use of the EU emblem / acknowledgement of EU support. List or reference supporting evidence.</w:t>
      </w:r>
    </w:p>
    <w:p w14:paraId="0C5FEABF" w14:textId="77777777" w:rsidR="001754F0" w:rsidRDefault="001754F0">
      <w:pPr>
        <w:pStyle w:val="Instruction"/>
        <w:rPr>
          <w:rFonts w:cs="Times New Roman"/>
        </w:rPr>
      </w:pPr>
    </w:p>
    <w:p w14:paraId="3A8CBB84" w14:textId="77777777" w:rsidR="001754F0" w:rsidRDefault="001754F0">
      <w:pPr>
        <w:pStyle w:val="Instruction"/>
        <w:rPr>
          <w:rFonts w:cs="Times New Roman"/>
        </w:rPr>
      </w:pPr>
    </w:p>
    <w:p w14:paraId="2A0AF75C" w14:textId="77777777" w:rsidR="001754F0" w:rsidRDefault="001754F0">
      <w:pPr>
        <w:pStyle w:val="Instruction"/>
        <w:rPr>
          <w:rFonts w:cs="Times New Roman"/>
        </w:rPr>
      </w:pPr>
    </w:p>
    <w:p w14:paraId="2FAAC23E" w14:textId="77777777" w:rsidR="001754F0" w:rsidRPr="001754F0" w:rsidRDefault="001754F0">
      <w:pPr>
        <w:pStyle w:val="Instruction"/>
        <w:rPr>
          <w:rFonts w:cs="Times New Roman"/>
        </w:rPr>
      </w:pPr>
    </w:p>
    <w:p w14:paraId="6489F864"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I.2.8 Challenges, risks, changes and mitigation measures</w:t>
      </w:r>
    </w:p>
    <w:p w14:paraId="1C0AFCC8" w14:textId="77777777" w:rsidR="00C113F1" w:rsidRDefault="000018F1">
      <w:pPr>
        <w:pStyle w:val="Instruction"/>
        <w:rPr>
          <w:rFonts w:cs="Times New Roman"/>
        </w:rPr>
      </w:pPr>
      <w:r w:rsidRPr="001754F0">
        <w:rPr>
          <w:rFonts w:cs="Times New Roman"/>
        </w:rPr>
        <w:t>Describe significant challenges, risks and deviations from the approved plan or budget, how they were addressed, and whether any prior approval was required or obtained.</w:t>
      </w:r>
    </w:p>
    <w:p w14:paraId="44AFDBED" w14:textId="77777777" w:rsidR="001754F0" w:rsidRDefault="001754F0">
      <w:pPr>
        <w:pStyle w:val="Instruction"/>
        <w:rPr>
          <w:rFonts w:cs="Times New Roman"/>
        </w:rPr>
      </w:pPr>
    </w:p>
    <w:p w14:paraId="53B3E971" w14:textId="77777777" w:rsidR="001754F0" w:rsidRDefault="001754F0">
      <w:pPr>
        <w:pStyle w:val="Instruction"/>
        <w:rPr>
          <w:rFonts w:cs="Times New Roman"/>
        </w:rPr>
      </w:pPr>
    </w:p>
    <w:p w14:paraId="4433C746" w14:textId="77777777" w:rsidR="001754F0" w:rsidRPr="001754F0" w:rsidRDefault="001754F0">
      <w:pPr>
        <w:pStyle w:val="Instruction"/>
        <w:rPr>
          <w:rFonts w:cs="Times New Roman"/>
        </w:rPr>
      </w:pPr>
    </w:p>
    <w:p w14:paraId="6135B769"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I.2.9 Sustainability and follow-up</w:t>
      </w:r>
    </w:p>
    <w:p w14:paraId="64CA2B48" w14:textId="77777777" w:rsidR="00C113F1" w:rsidRDefault="000018F1">
      <w:pPr>
        <w:pStyle w:val="Instruction"/>
        <w:rPr>
          <w:rFonts w:cs="Times New Roman"/>
        </w:rPr>
      </w:pPr>
      <w:r w:rsidRPr="001754F0">
        <w:rPr>
          <w:rFonts w:cs="Times New Roman"/>
        </w:rPr>
        <w:t>Explain what will continue after the grant ends, including employment/business results, partnerships, equipment/tools, services, institutional arrangements and follow-up with beneficiaries.</w:t>
      </w:r>
    </w:p>
    <w:p w14:paraId="6A36D134" w14:textId="77777777" w:rsidR="001754F0" w:rsidRDefault="001754F0">
      <w:pPr>
        <w:pStyle w:val="Instruction"/>
        <w:rPr>
          <w:rFonts w:cs="Times New Roman"/>
        </w:rPr>
      </w:pPr>
    </w:p>
    <w:p w14:paraId="5262560C" w14:textId="77777777" w:rsidR="001754F0" w:rsidRDefault="001754F0">
      <w:pPr>
        <w:pStyle w:val="Instruction"/>
        <w:rPr>
          <w:rFonts w:cs="Times New Roman"/>
        </w:rPr>
      </w:pPr>
    </w:p>
    <w:p w14:paraId="108FF540" w14:textId="77777777" w:rsidR="001754F0" w:rsidRPr="001754F0" w:rsidRDefault="001754F0">
      <w:pPr>
        <w:pStyle w:val="Instruction"/>
        <w:rPr>
          <w:rFonts w:cs="Times New Roman"/>
        </w:rPr>
      </w:pPr>
    </w:p>
    <w:p w14:paraId="4849EB78" w14:textId="77777777" w:rsidR="00C113F1" w:rsidRPr="001754F0" w:rsidRDefault="000018F1">
      <w:pPr>
        <w:pStyle w:val="Heading2"/>
        <w:rPr>
          <w:rFonts w:ascii="Times New Roman" w:hAnsi="Times New Roman" w:cs="Times New Roman"/>
        </w:rPr>
      </w:pPr>
      <w:r w:rsidRPr="001754F0">
        <w:rPr>
          <w:rFonts w:ascii="Times New Roman" w:hAnsi="Times New Roman" w:cs="Times New Roman"/>
        </w:rPr>
        <w:t>I.2.10 Lessons learned and recommendations</w:t>
      </w:r>
    </w:p>
    <w:p w14:paraId="56DB2991" w14:textId="77777777" w:rsidR="00C113F1" w:rsidRPr="001754F0" w:rsidRDefault="000018F1">
      <w:pPr>
        <w:pStyle w:val="Instruction"/>
        <w:rPr>
          <w:rFonts w:cs="Times New Roman"/>
        </w:rPr>
      </w:pPr>
      <w:r w:rsidRPr="001754F0">
        <w:rPr>
          <w:rFonts w:cs="Times New Roman"/>
        </w:rPr>
        <w:t>Identify the main lessons from implementation and practical recommendations for future actions or replication in other Roma communities.</w:t>
      </w:r>
    </w:p>
    <w:p w14:paraId="52D47F41" w14:textId="77777777" w:rsidR="00C113F1" w:rsidRPr="001754F0" w:rsidRDefault="00C113F1">
      <w:pPr>
        <w:rPr>
          <w:rFonts w:cs="Times New Roman"/>
        </w:rPr>
        <w:sectPr w:rsidR="00C113F1" w:rsidRPr="001754F0">
          <w:footerReference w:type="default" r:id="rId8"/>
          <w:pgSz w:w="12240" w:h="15840"/>
          <w:pgMar w:top="879" w:right="1020" w:bottom="935" w:left="1020" w:header="369" w:footer="369" w:gutter="0"/>
          <w:cols w:space="720"/>
          <w:docGrid w:linePitch="360"/>
        </w:sectPr>
      </w:pPr>
    </w:p>
    <w:p w14:paraId="3D22D175" w14:textId="77777777" w:rsidR="00C113F1" w:rsidRPr="001754F0" w:rsidRDefault="000018F1">
      <w:pPr>
        <w:pStyle w:val="Heading1"/>
        <w:rPr>
          <w:rFonts w:ascii="Times New Roman" w:hAnsi="Times New Roman" w:cs="Times New Roman"/>
        </w:rPr>
      </w:pPr>
      <w:r w:rsidRPr="001754F0">
        <w:rPr>
          <w:rFonts w:ascii="Times New Roman" w:hAnsi="Times New Roman" w:cs="Times New Roman"/>
        </w:rPr>
        <w:lastRenderedPageBreak/>
        <w:t>I.3 Results and Indicators Table</w:t>
      </w:r>
    </w:p>
    <w:p w14:paraId="7BCA3E1B" w14:textId="77777777" w:rsidR="00C113F1" w:rsidRPr="001754F0" w:rsidRDefault="000018F1">
      <w:pPr>
        <w:pStyle w:val="Instruction"/>
        <w:rPr>
          <w:rFonts w:cs="Times New Roman"/>
        </w:rPr>
      </w:pPr>
      <w:r w:rsidRPr="001754F0">
        <w:rPr>
          <w:rFonts w:cs="Times New Roman"/>
        </w:rPr>
        <w:t>Report against the approved Logical Framework. Add rows as necessary. Baselines and targets should match Annex C. Explain significant variances.</w:t>
      </w:r>
    </w:p>
    <w:tbl>
      <w:tblPr>
        <w:tblStyle w:val="TableGrid"/>
        <w:tblW w:w="14440" w:type="dxa"/>
        <w:jc w:val="center"/>
        <w:tblLook w:val="04A0" w:firstRow="1" w:lastRow="0" w:firstColumn="1" w:lastColumn="0" w:noHBand="0" w:noVBand="1"/>
      </w:tblPr>
      <w:tblGrid>
        <w:gridCol w:w="3275"/>
        <w:gridCol w:w="1193"/>
        <w:gridCol w:w="1021"/>
        <w:gridCol w:w="1292"/>
        <w:gridCol w:w="3784"/>
        <w:gridCol w:w="2911"/>
        <w:gridCol w:w="964"/>
      </w:tblGrid>
      <w:tr w:rsidR="00C113F1" w:rsidRPr="001754F0" w14:paraId="555A7544" w14:textId="77777777" w:rsidTr="001754F0">
        <w:trPr>
          <w:cantSplit/>
          <w:trHeight w:val="201"/>
          <w:tblHeader/>
          <w:jc w:val="center"/>
        </w:trPr>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8BD9263" w14:textId="77777777" w:rsidR="00C113F1" w:rsidRPr="001754F0" w:rsidRDefault="000018F1">
            <w:pPr>
              <w:spacing w:after="0"/>
              <w:rPr>
                <w:rFonts w:cs="Times New Roman"/>
              </w:rPr>
            </w:pPr>
            <w:r w:rsidRPr="001754F0">
              <w:rPr>
                <w:rFonts w:cs="Times New Roman"/>
                <w:b/>
                <w:sz w:val="15"/>
              </w:rPr>
              <w:t>Result / indicator reference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BA5AE1E" w14:textId="77777777" w:rsidR="00C113F1" w:rsidRPr="001754F0" w:rsidRDefault="000018F1">
            <w:pPr>
              <w:spacing w:after="0"/>
              <w:rPr>
                <w:rFonts w:cs="Times New Roman"/>
              </w:rPr>
            </w:pPr>
            <w:r w:rsidRPr="001754F0">
              <w:rPr>
                <w:rFonts w:cs="Times New Roman"/>
                <w:b/>
                <w:sz w:val="15"/>
              </w:rPr>
              <w:t>Baseline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E1579AE" w14:textId="77777777" w:rsidR="00C113F1" w:rsidRPr="001754F0" w:rsidRDefault="000018F1">
            <w:pPr>
              <w:spacing w:after="0"/>
              <w:rPr>
                <w:rFonts w:cs="Times New Roman"/>
              </w:rPr>
            </w:pPr>
            <w:r w:rsidRPr="001754F0">
              <w:rPr>
                <w:rFonts w:cs="Times New Roman"/>
                <w:b/>
                <w:sz w:val="15"/>
              </w:rPr>
              <w:t>Target</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8E9FEAB" w14:textId="77777777" w:rsidR="00C113F1" w:rsidRPr="001754F0" w:rsidRDefault="000018F1">
            <w:pPr>
              <w:spacing w:after="0"/>
              <w:rPr>
                <w:rFonts w:cs="Times New Roman"/>
              </w:rPr>
            </w:pPr>
            <w:r w:rsidRPr="001754F0">
              <w:rPr>
                <w:rFonts w:cs="Times New Roman"/>
                <w:b/>
                <w:sz w:val="15"/>
              </w:rPr>
              <w:t>Achieved</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3DBECFE" w14:textId="77777777" w:rsidR="00C113F1" w:rsidRPr="001754F0" w:rsidRDefault="000018F1">
            <w:pPr>
              <w:spacing w:after="0"/>
              <w:rPr>
                <w:rFonts w:cs="Times New Roman"/>
              </w:rPr>
            </w:pPr>
            <w:r w:rsidRPr="001754F0">
              <w:rPr>
                <w:rFonts w:cs="Times New Roman"/>
                <w:b/>
                <w:sz w:val="15"/>
              </w:rPr>
              <w:t>Evidence / means of verification</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71FA450" w14:textId="77777777" w:rsidR="00C113F1" w:rsidRPr="001754F0" w:rsidRDefault="000018F1">
            <w:pPr>
              <w:spacing w:after="0"/>
              <w:rPr>
                <w:rFonts w:cs="Times New Roman"/>
              </w:rPr>
            </w:pPr>
            <w:r w:rsidRPr="001754F0">
              <w:rPr>
                <w:rFonts w:cs="Times New Roman"/>
                <w:b/>
                <w:sz w:val="15"/>
              </w:rPr>
              <w:t>Explanation of variance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3EF7B50" w14:textId="77777777" w:rsidR="00C113F1" w:rsidRPr="001754F0" w:rsidRDefault="000018F1">
            <w:pPr>
              <w:spacing w:after="0"/>
              <w:rPr>
                <w:rFonts w:cs="Times New Roman"/>
              </w:rPr>
            </w:pPr>
            <w:r w:rsidRPr="001754F0">
              <w:rPr>
                <w:rFonts w:cs="Times New Roman"/>
                <w:b/>
                <w:sz w:val="15"/>
              </w:rPr>
              <w:t>Status</w:t>
            </w:r>
          </w:p>
        </w:tc>
      </w:tr>
      <w:tr w:rsidR="00C113F1" w:rsidRPr="001754F0" w14:paraId="6FF54A52"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519D4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80C668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C5C41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00CD8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D94A5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06FD4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B301DD5" w14:textId="77777777" w:rsidR="00C113F1" w:rsidRPr="001754F0" w:rsidRDefault="00C113F1">
            <w:pPr>
              <w:spacing w:after="0"/>
              <w:rPr>
                <w:rFonts w:cs="Times New Roman"/>
              </w:rPr>
            </w:pPr>
          </w:p>
        </w:tc>
      </w:tr>
      <w:tr w:rsidR="00C113F1" w:rsidRPr="001754F0" w14:paraId="4E130877"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03112B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5A8CCA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C0F7E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0F2C70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CC9881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A77D26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1D045D0" w14:textId="77777777" w:rsidR="00C113F1" w:rsidRPr="001754F0" w:rsidRDefault="00C113F1">
            <w:pPr>
              <w:spacing w:after="0"/>
              <w:rPr>
                <w:rFonts w:cs="Times New Roman"/>
              </w:rPr>
            </w:pPr>
          </w:p>
        </w:tc>
      </w:tr>
      <w:tr w:rsidR="00C113F1" w:rsidRPr="001754F0" w14:paraId="3245ACAD" w14:textId="77777777" w:rsidTr="001754F0">
        <w:trPr>
          <w:cantSplit/>
          <w:trHeight w:val="290"/>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B38972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50B3F1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B7FDDE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3708F2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030B9C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534B9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E87293B" w14:textId="77777777" w:rsidR="00C113F1" w:rsidRPr="001754F0" w:rsidRDefault="00C113F1">
            <w:pPr>
              <w:spacing w:after="0"/>
              <w:rPr>
                <w:rFonts w:cs="Times New Roman"/>
              </w:rPr>
            </w:pPr>
          </w:p>
        </w:tc>
      </w:tr>
      <w:tr w:rsidR="00C113F1" w:rsidRPr="001754F0" w14:paraId="7613733C"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FE466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6E0E52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CC3879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35B34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B2A80B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8986D2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A0636E" w14:textId="77777777" w:rsidR="00C113F1" w:rsidRPr="001754F0" w:rsidRDefault="00C113F1">
            <w:pPr>
              <w:spacing w:after="0"/>
              <w:rPr>
                <w:rFonts w:cs="Times New Roman"/>
              </w:rPr>
            </w:pPr>
          </w:p>
        </w:tc>
      </w:tr>
      <w:tr w:rsidR="00C113F1" w:rsidRPr="001754F0" w14:paraId="4C7D47CA"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338C3C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BC64D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747B7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B27B3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22EFDF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FD2FED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C8885AE" w14:textId="77777777" w:rsidR="00C113F1" w:rsidRPr="001754F0" w:rsidRDefault="00C113F1">
            <w:pPr>
              <w:spacing w:after="0"/>
              <w:rPr>
                <w:rFonts w:cs="Times New Roman"/>
              </w:rPr>
            </w:pPr>
          </w:p>
        </w:tc>
      </w:tr>
      <w:tr w:rsidR="00C113F1" w:rsidRPr="001754F0" w14:paraId="04EB213F"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D37F9A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77183B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D7BE1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7A4E07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B44C43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8297E8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E6D7A0" w14:textId="77777777" w:rsidR="00C113F1" w:rsidRPr="001754F0" w:rsidRDefault="00C113F1">
            <w:pPr>
              <w:spacing w:after="0"/>
              <w:rPr>
                <w:rFonts w:cs="Times New Roman"/>
              </w:rPr>
            </w:pPr>
          </w:p>
        </w:tc>
      </w:tr>
      <w:tr w:rsidR="00C113F1" w:rsidRPr="001754F0" w14:paraId="2DE821F4"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B6714C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94D42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49CEA4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2D3E85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685A0A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F703BD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FB3C060" w14:textId="77777777" w:rsidR="00C113F1" w:rsidRPr="001754F0" w:rsidRDefault="00C113F1">
            <w:pPr>
              <w:spacing w:after="0"/>
              <w:rPr>
                <w:rFonts w:cs="Times New Roman"/>
              </w:rPr>
            </w:pPr>
          </w:p>
        </w:tc>
      </w:tr>
      <w:tr w:rsidR="00C113F1" w:rsidRPr="001754F0" w14:paraId="5B243D09" w14:textId="77777777" w:rsidTr="001754F0">
        <w:trPr>
          <w:cantSplit/>
          <w:trHeight w:val="27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6B69E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CC9A73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F20D7F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095F7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4A132E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72B72E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E31834" w14:textId="77777777" w:rsidR="00C113F1" w:rsidRPr="001754F0" w:rsidRDefault="00C113F1">
            <w:pPr>
              <w:spacing w:after="0"/>
              <w:rPr>
                <w:rFonts w:cs="Times New Roman"/>
              </w:rPr>
            </w:pPr>
          </w:p>
        </w:tc>
      </w:tr>
    </w:tbl>
    <w:p w14:paraId="18465A50" w14:textId="77777777" w:rsidR="00C113F1" w:rsidRPr="001754F0" w:rsidRDefault="000018F1">
      <w:pPr>
        <w:pStyle w:val="Heading1"/>
        <w:rPr>
          <w:rFonts w:ascii="Times New Roman" w:hAnsi="Times New Roman" w:cs="Times New Roman"/>
        </w:rPr>
      </w:pPr>
      <w:r w:rsidRPr="001754F0">
        <w:rPr>
          <w:rFonts w:ascii="Times New Roman" w:hAnsi="Times New Roman" w:cs="Times New Roman"/>
        </w:rPr>
        <w:t>I.4 Beneficiary Data Summary</w:t>
      </w:r>
    </w:p>
    <w:p w14:paraId="5E0372F2" w14:textId="77777777" w:rsidR="00C113F1" w:rsidRPr="001754F0" w:rsidRDefault="000018F1">
      <w:pPr>
        <w:pStyle w:val="Instruction"/>
        <w:rPr>
          <w:rFonts w:cs="Times New Roman"/>
        </w:rPr>
      </w:pPr>
      <w:r w:rsidRPr="001754F0">
        <w:rPr>
          <w:rFonts w:cs="Times New Roman"/>
        </w:rPr>
        <w:t>Report aggregated data only. Beneficiary categories may overlap; do not sum overlapping rows. “Achieved” should represent unique persons within each category where possible.</w:t>
      </w:r>
    </w:p>
    <w:tbl>
      <w:tblPr>
        <w:tblStyle w:val="TableGrid"/>
        <w:tblW w:w="12992" w:type="dxa"/>
        <w:jc w:val="center"/>
        <w:tblLook w:val="04A0" w:firstRow="1" w:lastRow="0" w:firstColumn="1" w:lastColumn="0" w:noHBand="0" w:noVBand="1"/>
      </w:tblPr>
      <w:tblGrid>
        <w:gridCol w:w="5213"/>
        <w:gridCol w:w="1579"/>
        <w:gridCol w:w="1663"/>
        <w:gridCol w:w="846"/>
        <w:gridCol w:w="1392"/>
        <w:gridCol w:w="2299"/>
      </w:tblGrid>
      <w:tr w:rsidR="00C113F1" w:rsidRPr="001754F0" w14:paraId="310BA6C2" w14:textId="77777777" w:rsidTr="001754F0">
        <w:trPr>
          <w:cantSplit/>
          <w:trHeight w:val="233"/>
          <w:tblHeader/>
          <w:jc w:val="center"/>
        </w:trPr>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55D9D7B" w14:textId="77777777" w:rsidR="00C113F1" w:rsidRPr="001754F0" w:rsidRDefault="000018F1">
            <w:pPr>
              <w:spacing w:after="0"/>
              <w:rPr>
                <w:rFonts w:cs="Times New Roman"/>
              </w:rPr>
            </w:pPr>
            <w:r w:rsidRPr="001754F0">
              <w:rPr>
                <w:rFonts w:cs="Times New Roman"/>
                <w:b/>
                <w:sz w:val="15"/>
              </w:rPr>
              <w:t>Beneficiary category</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36F6348" w14:textId="77777777" w:rsidR="00C113F1" w:rsidRPr="001754F0" w:rsidRDefault="000018F1">
            <w:pPr>
              <w:spacing w:after="0"/>
              <w:rPr>
                <w:rFonts w:cs="Times New Roman"/>
              </w:rPr>
            </w:pPr>
            <w:r w:rsidRPr="001754F0">
              <w:rPr>
                <w:rFonts w:cs="Times New Roman"/>
                <w:b/>
                <w:sz w:val="15"/>
              </w:rPr>
              <w:t>Planned number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34094B3" w14:textId="77777777" w:rsidR="00C113F1" w:rsidRPr="001754F0" w:rsidRDefault="000018F1">
            <w:pPr>
              <w:spacing w:after="0"/>
              <w:rPr>
                <w:rFonts w:cs="Times New Roman"/>
              </w:rPr>
            </w:pPr>
            <w:r w:rsidRPr="001754F0">
              <w:rPr>
                <w:rFonts w:cs="Times New Roman"/>
                <w:b/>
                <w:sz w:val="15"/>
              </w:rPr>
              <w:t>Achieved number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F95852B" w14:textId="77777777" w:rsidR="00C113F1" w:rsidRPr="001754F0" w:rsidRDefault="000018F1">
            <w:pPr>
              <w:spacing w:after="0"/>
              <w:rPr>
                <w:rFonts w:cs="Times New Roman"/>
              </w:rPr>
            </w:pPr>
            <w:r w:rsidRPr="001754F0">
              <w:rPr>
                <w:rFonts w:cs="Times New Roman"/>
                <w:b/>
                <w:sz w:val="15"/>
              </w:rPr>
              <w:t>Women</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622C346" w14:textId="77777777" w:rsidR="00C113F1" w:rsidRPr="001754F0" w:rsidRDefault="000018F1">
            <w:pPr>
              <w:spacing w:after="0"/>
              <w:rPr>
                <w:rFonts w:cs="Times New Roman"/>
              </w:rPr>
            </w:pPr>
            <w:r w:rsidRPr="001754F0">
              <w:rPr>
                <w:rFonts w:cs="Times New Roman"/>
                <w:b/>
                <w:sz w:val="15"/>
              </w:rPr>
              <w:t>Youth / NEET</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0EAA29A0" w14:textId="77777777" w:rsidR="00C113F1" w:rsidRPr="001754F0" w:rsidRDefault="000018F1">
            <w:pPr>
              <w:spacing w:after="0"/>
              <w:rPr>
                <w:rFonts w:cs="Times New Roman"/>
              </w:rPr>
            </w:pPr>
            <w:r w:rsidRPr="001754F0">
              <w:rPr>
                <w:rFonts w:cs="Times New Roman"/>
                <w:b/>
                <w:sz w:val="15"/>
              </w:rPr>
              <w:t>Comments / methodology</w:t>
            </w:r>
          </w:p>
        </w:tc>
      </w:tr>
      <w:tr w:rsidR="00C113F1" w:rsidRPr="001754F0" w14:paraId="48996E5A"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7092CD5" w14:textId="77777777" w:rsidR="00C113F1" w:rsidRPr="001754F0" w:rsidRDefault="000018F1">
            <w:pPr>
              <w:spacing w:after="0"/>
              <w:rPr>
                <w:rFonts w:cs="Times New Roman"/>
              </w:rPr>
            </w:pPr>
            <w:r w:rsidRPr="001754F0">
              <w:rPr>
                <w:rFonts w:cs="Times New Roman"/>
                <w:sz w:val="15"/>
              </w:rPr>
              <w:t>Unique direct Roma beneficiaries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6099E6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0DAF2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0542A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DC136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E162D6" w14:textId="77777777" w:rsidR="00C113F1" w:rsidRPr="001754F0" w:rsidRDefault="00C113F1">
            <w:pPr>
              <w:spacing w:after="0"/>
              <w:rPr>
                <w:rFonts w:cs="Times New Roman"/>
              </w:rPr>
            </w:pPr>
          </w:p>
        </w:tc>
      </w:tr>
      <w:tr w:rsidR="00C113F1" w:rsidRPr="001754F0" w14:paraId="7145B777"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12B5EE4" w14:textId="77777777" w:rsidR="00C113F1" w:rsidRPr="001754F0" w:rsidRDefault="000018F1">
            <w:pPr>
              <w:spacing w:after="0"/>
              <w:rPr>
                <w:rFonts w:cs="Times New Roman"/>
              </w:rPr>
            </w:pPr>
            <w:r w:rsidRPr="001754F0">
              <w:rPr>
                <w:rFonts w:cs="Times New Roman"/>
                <w:sz w:val="15"/>
              </w:rPr>
              <w:t>Roma women</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7E435C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8EF20A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C483F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60706F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A273EB" w14:textId="77777777" w:rsidR="00C113F1" w:rsidRPr="001754F0" w:rsidRDefault="00C113F1">
            <w:pPr>
              <w:spacing w:after="0"/>
              <w:rPr>
                <w:rFonts w:cs="Times New Roman"/>
              </w:rPr>
            </w:pPr>
          </w:p>
        </w:tc>
      </w:tr>
      <w:tr w:rsidR="00C113F1" w:rsidRPr="001754F0" w14:paraId="1A07A759" w14:textId="77777777" w:rsidTr="001754F0">
        <w:trPr>
          <w:cantSplit/>
          <w:trHeight w:val="33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9C39CF" w14:textId="77777777" w:rsidR="00C113F1" w:rsidRPr="001754F0" w:rsidRDefault="000018F1">
            <w:pPr>
              <w:spacing w:after="0"/>
              <w:rPr>
                <w:rFonts w:cs="Times New Roman"/>
              </w:rPr>
            </w:pPr>
            <w:r w:rsidRPr="001754F0">
              <w:rPr>
                <w:rFonts w:cs="Times New Roman"/>
                <w:sz w:val="15"/>
              </w:rPr>
              <w:t>Roma youth / NEET persons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6626B2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B49BE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3CE526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3CE11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93D964" w14:textId="77777777" w:rsidR="00C113F1" w:rsidRPr="001754F0" w:rsidRDefault="00C113F1">
            <w:pPr>
              <w:spacing w:after="0"/>
              <w:rPr>
                <w:rFonts w:cs="Times New Roman"/>
              </w:rPr>
            </w:pPr>
          </w:p>
        </w:tc>
      </w:tr>
      <w:tr w:rsidR="00C113F1" w:rsidRPr="001754F0" w14:paraId="1D35065E"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2ABC8E4" w14:textId="77777777" w:rsidR="00C113F1" w:rsidRPr="001754F0" w:rsidRDefault="000018F1">
            <w:pPr>
              <w:spacing w:after="0"/>
              <w:rPr>
                <w:rFonts w:cs="Times New Roman"/>
              </w:rPr>
            </w:pPr>
            <w:r w:rsidRPr="001754F0">
              <w:rPr>
                <w:rFonts w:cs="Times New Roman"/>
                <w:sz w:val="15"/>
              </w:rPr>
              <w:t>Roma adults without formal qualifications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346983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64A311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74A71F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03C29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14CDFDE" w14:textId="77777777" w:rsidR="00C113F1" w:rsidRPr="001754F0" w:rsidRDefault="00C113F1">
            <w:pPr>
              <w:spacing w:after="0"/>
              <w:rPr>
                <w:rFonts w:cs="Times New Roman"/>
              </w:rPr>
            </w:pPr>
          </w:p>
        </w:tc>
      </w:tr>
      <w:tr w:rsidR="00C113F1" w:rsidRPr="001754F0" w14:paraId="4A8F99E7"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41F8E7" w14:textId="77777777" w:rsidR="00C113F1" w:rsidRPr="001754F0" w:rsidRDefault="000018F1">
            <w:pPr>
              <w:spacing w:after="0"/>
              <w:rPr>
                <w:rFonts w:cs="Times New Roman"/>
              </w:rPr>
            </w:pPr>
            <w:r w:rsidRPr="001754F0">
              <w:rPr>
                <w:rFonts w:cs="Times New Roman"/>
                <w:sz w:val="15"/>
              </w:rPr>
              <w:t>Roma entrepreneurs / self-employed persons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BF6649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7E21A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FDD655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84E55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45EF953" w14:textId="77777777" w:rsidR="00C113F1" w:rsidRPr="001754F0" w:rsidRDefault="00C113F1">
            <w:pPr>
              <w:spacing w:after="0"/>
              <w:rPr>
                <w:rFonts w:cs="Times New Roman"/>
              </w:rPr>
            </w:pPr>
          </w:p>
        </w:tc>
      </w:tr>
      <w:tr w:rsidR="00C113F1" w:rsidRPr="001754F0" w14:paraId="51E00B8E"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21007F7" w14:textId="77777777" w:rsidR="00C113F1" w:rsidRPr="001754F0" w:rsidRDefault="000018F1">
            <w:pPr>
              <w:spacing w:after="0"/>
              <w:rPr>
                <w:rFonts w:cs="Times New Roman"/>
              </w:rPr>
            </w:pPr>
            <w:r w:rsidRPr="001754F0">
              <w:rPr>
                <w:rFonts w:cs="Times New Roman"/>
                <w:sz w:val="15"/>
              </w:rPr>
              <w:t>Persons with disabilities, where relevant and voluntarily reported</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0E486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FD523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347156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90D67C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527F08" w14:textId="77777777" w:rsidR="00C113F1" w:rsidRPr="001754F0" w:rsidRDefault="00C113F1">
            <w:pPr>
              <w:spacing w:after="0"/>
              <w:rPr>
                <w:rFonts w:cs="Times New Roman"/>
              </w:rPr>
            </w:pPr>
          </w:p>
        </w:tc>
      </w:tr>
      <w:tr w:rsidR="00C113F1" w:rsidRPr="001754F0" w14:paraId="1B49176C"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282287" w14:textId="77777777" w:rsidR="00C113F1" w:rsidRPr="001754F0" w:rsidRDefault="000018F1">
            <w:pPr>
              <w:spacing w:after="0"/>
              <w:rPr>
                <w:rFonts w:cs="Times New Roman"/>
              </w:rPr>
            </w:pPr>
            <w:r w:rsidRPr="001754F0">
              <w:rPr>
                <w:rFonts w:cs="Times New Roman"/>
                <w:sz w:val="15"/>
              </w:rPr>
              <w:t>Other underserved Roma beneficiaries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DC143A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A4D106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97ACB7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6DD10E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9DDC130" w14:textId="77777777" w:rsidR="00C113F1" w:rsidRPr="001754F0" w:rsidRDefault="00C113F1">
            <w:pPr>
              <w:spacing w:after="0"/>
              <w:rPr>
                <w:rFonts w:cs="Times New Roman"/>
              </w:rPr>
            </w:pPr>
          </w:p>
        </w:tc>
      </w:tr>
      <w:tr w:rsidR="00C113F1" w:rsidRPr="001754F0" w14:paraId="34176888" w14:textId="77777777" w:rsidTr="001754F0">
        <w:trPr>
          <w:cantSplit/>
          <w:trHeight w:val="318"/>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143A90" w14:textId="77777777" w:rsidR="00C113F1" w:rsidRPr="001754F0" w:rsidRDefault="000018F1">
            <w:pPr>
              <w:spacing w:after="0"/>
              <w:rPr>
                <w:rFonts w:cs="Times New Roman"/>
              </w:rPr>
            </w:pPr>
            <w:r w:rsidRPr="001754F0">
              <w:rPr>
                <w:rFonts w:cs="Times New Roman"/>
                <w:sz w:val="15"/>
              </w:rPr>
              <w:t>Indirect / wider community beneficiaries (estimate, if applicable)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917863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684FF5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74577A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F0B94C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57C46E" w14:textId="77777777" w:rsidR="00C113F1" w:rsidRPr="001754F0" w:rsidRDefault="00C113F1">
            <w:pPr>
              <w:spacing w:after="0"/>
              <w:rPr>
                <w:rFonts w:cs="Times New Roman"/>
              </w:rPr>
            </w:pPr>
          </w:p>
        </w:tc>
      </w:tr>
    </w:tbl>
    <w:p w14:paraId="01120892" w14:textId="77777777" w:rsidR="00C113F1" w:rsidRPr="001754F0" w:rsidRDefault="000018F1">
      <w:pPr>
        <w:pStyle w:val="Heading1"/>
        <w:pageBreakBefore/>
        <w:rPr>
          <w:rFonts w:ascii="Times New Roman" w:hAnsi="Times New Roman" w:cs="Times New Roman"/>
        </w:rPr>
      </w:pPr>
      <w:r w:rsidRPr="001754F0">
        <w:rPr>
          <w:rFonts w:ascii="Times New Roman" w:hAnsi="Times New Roman" w:cs="Times New Roman"/>
        </w:rPr>
        <w:lastRenderedPageBreak/>
        <w:t>I.5 Financial Report Summary</w:t>
      </w:r>
    </w:p>
    <w:p w14:paraId="2BDF7061" w14:textId="77777777" w:rsidR="00C113F1" w:rsidRPr="001754F0" w:rsidRDefault="000018F1">
      <w:pPr>
        <w:pStyle w:val="Instruction"/>
        <w:rPr>
          <w:rFonts w:cs="Times New Roman"/>
        </w:rPr>
      </w:pPr>
      <w:r w:rsidRPr="001754F0">
        <w:rPr>
          <w:rFonts w:cs="Times New Roman"/>
        </w:rPr>
        <w:t>Use the same budget headings and line references as in the latest approved Annex B. The rows below follow the standard EU budget structure and may be adapted to mirror the approved Budget exactly.</w:t>
      </w:r>
    </w:p>
    <w:tbl>
      <w:tblPr>
        <w:tblStyle w:val="TableGrid"/>
        <w:tblW w:w="0" w:type="auto"/>
        <w:jc w:val="center"/>
        <w:tblLook w:val="04A0" w:firstRow="1" w:lastRow="0" w:firstColumn="1" w:lastColumn="0" w:noHBand="0" w:noVBand="1"/>
      </w:tblPr>
      <w:tblGrid>
        <w:gridCol w:w="864"/>
        <w:gridCol w:w="4493"/>
        <w:gridCol w:w="1596"/>
        <w:gridCol w:w="1988"/>
        <w:gridCol w:w="2014"/>
        <w:gridCol w:w="1081"/>
        <w:gridCol w:w="2546"/>
      </w:tblGrid>
      <w:tr w:rsidR="00C113F1" w:rsidRPr="001754F0" w14:paraId="4CB4E3DF" w14:textId="77777777" w:rsidTr="001754F0">
        <w:trPr>
          <w:cantSplit/>
          <w:tblHeader/>
          <w:jc w:val="center"/>
        </w:trPr>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5E6FA94" w14:textId="77777777" w:rsidR="00C113F1" w:rsidRPr="001754F0" w:rsidRDefault="000018F1">
            <w:pPr>
              <w:spacing w:after="0"/>
              <w:rPr>
                <w:rFonts w:cs="Times New Roman"/>
              </w:rPr>
            </w:pPr>
            <w:r w:rsidRPr="001754F0">
              <w:rPr>
                <w:rFonts w:cs="Times New Roman"/>
                <w:b/>
                <w:sz w:val="15"/>
              </w:rPr>
              <w:t>Budget ref.</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927CDBA" w14:textId="77777777" w:rsidR="00C113F1" w:rsidRPr="001754F0" w:rsidRDefault="000018F1">
            <w:pPr>
              <w:spacing w:after="0"/>
              <w:rPr>
                <w:rFonts w:cs="Times New Roman"/>
              </w:rPr>
            </w:pPr>
            <w:r w:rsidRPr="001754F0">
              <w:rPr>
                <w:rFonts w:cs="Times New Roman"/>
                <w:b/>
                <w:sz w:val="15"/>
              </w:rPr>
              <w:t>Budget category</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070C4585" w14:textId="77777777" w:rsidR="00C113F1" w:rsidRPr="001754F0" w:rsidRDefault="000018F1">
            <w:pPr>
              <w:spacing w:after="0"/>
              <w:rPr>
                <w:rFonts w:cs="Times New Roman"/>
              </w:rPr>
            </w:pPr>
            <w:r w:rsidRPr="001754F0">
              <w:rPr>
                <w:rFonts w:cs="Times New Roman"/>
                <w:b/>
                <w:sz w:val="15"/>
              </w:rPr>
              <w:t>Approved budget EUR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CD3B6FC" w14:textId="77777777" w:rsidR="00C113F1" w:rsidRPr="001754F0" w:rsidRDefault="000018F1">
            <w:pPr>
              <w:spacing w:after="0"/>
              <w:rPr>
                <w:rFonts w:cs="Times New Roman"/>
              </w:rPr>
            </w:pPr>
            <w:r w:rsidRPr="001754F0">
              <w:rPr>
                <w:rFonts w:cs="Times New Roman"/>
                <w:b/>
                <w:sz w:val="15"/>
              </w:rPr>
              <w:t>Expenditure this period EUR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11FE02D" w14:textId="77777777" w:rsidR="00C113F1" w:rsidRPr="001754F0" w:rsidRDefault="000018F1">
            <w:pPr>
              <w:spacing w:after="0"/>
              <w:rPr>
                <w:rFonts w:cs="Times New Roman"/>
              </w:rPr>
            </w:pPr>
            <w:r w:rsidRPr="001754F0">
              <w:rPr>
                <w:rFonts w:cs="Times New Roman"/>
                <w:b/>
                <w:sz w:val="15"/>
              </w:rPr>
              <w:t>Cumulative expenditure EUR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EE7F74A" w14:textId="77777777" w:rsidR="00C113F1" w:rsidRPr="001754F0" w:rsidRDefault="000018F1">
            <w:pPr>
              <w:spacing w:after="0"/>
              <w:rPr>
                <w:rFonts w:cs="Times New Roman"/>
              </w:rPr>
            </w:pPr>
            <w:r w:rsidRPr="001754F0">
              <w:rPr>
                <w:rFonts w:cs="Times New Roman"/>
                <w:b/>
                <w:sz w:val="15"/>
              </w:rPr>
              <w:t>Variance EUR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4069CA9" w14:textId="77777777" w:rsidR="00C113F1" w:rsidRPr="001754F0" w:rsidRDefault="000018F1">
            <w:pPr>
              <w:spacing w:after="0"/>
              <w:rPr>
                <w:rFonts w:cs="Times New Roman"/>
              </w:rPr>
            </w:pPr>
            <w:r w:rsidRPr="001754F0">
              <w:rPr>
                <w:rFonts w:cs="Times New Roman"/>
                <w:b/>
                <w:sz w:val="15"/>
              </w:rPr>
              <w:t>Explanation / budget change reference</w:t>
            </w:r>
          </w:p>
        </w:tc>
      </w:tr>
      <w:tr w:rsidR="00C113F1" w:rsidRPr="001754F0" w14:paraId="1DB72931"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296D21B" w14:textId="77777777" w:rsidR="00C113F1" w:rsidRPr="001754F0" w:rsidRDefault="000018F1">
            <w:pPr>
              <w:spacing w:after="0"/>
              <w:rPr>
                <w:rFonts w:cs="Times New Roman"/>
              </w:rPr>
            </w:pPr>
            <w:r w:rsidRPr="001754F0">
              <w:rPr>
                <w:rFonts w:cs="Times New Roman"/>
                <w:sz w:val="15"/>
              </w:rPr>
              <w:t>1</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F072574" w14:textId="77777777" w:rsidR="00C113F1" w:rsidRPr="001754F0" w:rsidRDefault="000018F1">
            <w:pPr>
              <w:spacing w:after="0"/>
              <w:rPr>
                <w:rFonts w:cs="Times New Roman"/>
              </w:rPr>
            </w:pPr>
            <w:r w:rsidRPr="001754F0">
              <w:rPr>
                <w:rFonts w:cs="Times New Roman"/>
                <w:sz w:val="15"/>
              </w:rPr>
              <w:t>Human resources / project team</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034D69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18433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BD7FE0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83868D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71A0ED0" w14:textId="77777777" w:rsidR="00C113F1" w:rsidRPr="001754F0" w:rsidRDefault="00C113F1">
            <w:pPr>
              <w:spacing w:after="0"/>
              <w:rPr>
                <w:rFonts w:cs="Times New Roman"/>
              </w:rPr>
            </w:pPr>
          </w:p>
        </w:tc>
      </w:tr>
      <w:tr w:rsidR="00C113F1" w:rsidRPr="001754F0" w14:paraId="1FE61301"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B3F84C" w14:textId="77777777" w:rsidR="00C113F1" w:rsidRPr="001754F0" w:rsidRDefault="000018F1">
            <w:pPr>
              <w:spacing w:after="0"/>
              <w:rPr>
                <w:rFonts w:cs="Times New Roman"/>
              </w:rPr>
            </w:pPr>
            <w:r w:rsidRPr="001754F0">
              <w:rPr>
                <w:rFonts w:cs="Times New Roman"/>
                <w:sz w:val="15"/>
              </w:rPr>
              <w:t>2</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14937A1" w14:textId="77777777" w:rsidR="00C113F1" w:rsidRPr="001754F0" w:rsidRDefault="000018F1">
            <w:pPr>
              <w:spacing w:after="0"/>
              <w:rPr>
                <w:rFonts w:cs="Times New Roman"/>
              </w:rPr>
            </w:pPr>
            <w:r w:rsidRPr="001754F0">
              <w:rPr>
                <w:rFonts w:cs="Times New Roman"/>
                <w:sz w:val="15"/>
              </w:rPr>
              <w:t>Travel / local transport</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0E7E1E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D2EAA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8820E2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06581B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12E7FB4" w14:textId="77777777" w:rsidR="00C113F1" w:rsidRPr="001754F0" w:rsidRDefault="00C113F1">
            <w:pPr>
              <w:spacing w:after="0"/>
              <w:rPr>
                <w:rFonts w:cs="Times New Roman"/>
              </w:rPr>
            </w:pPr>
          </w:p>
        </w:tc>
      </w:tr>
      <w:tr w:rsidR="00C113F1" w:rsidRPr="001754F0" w14:paraId="21F89E31"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873D585" w14:textId="77777777" w:rsidR="00C113F1" w:rsidRPr="001754F0" w:rsidRDefault="000018F1">
            <w:pPr>
              <w:spacing w:after="0"/>
              <w:rPr>
                <w:rFonts w:cs="Times New Roman"/>
              </w:rPr>
            </w:pPr>
            <w:r w:rsidRPr="001754F0">
              <w:rPr>
                <w:rFonts w:cs="Times New Roman"/>
                <w:sz w:val="15"/>
              </w:rPr>
              <w:t>3</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D32615" w14:textId="77777777" w:rsidR="00C113F1" w:rsidRPr="001754F0" w:rsidRDefault="000018F1">
            <w:pPr>
              <w:spacing w:after="0"/>
              <w:rPr>
                <w:rFonts w:cs="Times New Roman"/>
              </w:rPr>
            </w:pPr>
            <w:r w:rsidRPr="001754F0">
              <w:rPr>
                <w:rFonts w:cs="Times New Roman"/>
                <w:sz w:val="15"/>
              </w:rPr>
              <w:t>Equipment, tools and supplies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68DA8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2936FD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3650F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7CBEC1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52E0814" w14:textId="77777777" w:rsidR="00C113F1" w:rsidRPr="001754F0" w:rsidRDefault="00C113F1">
            <w:pPr>
              <w:spacing w:after="0"/>
              <w:rPr>
                <w:rFonts w:cs="Times New Roman"/>
              </w:rPr>
            </w:pPr>
          </w:p>
        </w:tc>
      </w:tr>
      <w:tr w:rsidR="00C113F1" w:rsidRPr="001754F0" w14:paraId="3CB3B09E"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9D976BF" w14:textId="77777777" w:rsidR="00C113F1" w:rsidRPr="001754F0" w:rsidRDefault="000018F1">
            <w:pPr>
              <w:spacing w:after="0"/>
              <w:rPr>
                <w:rFonts w:cs="Times New Roman"/>
              </w:rPr>
            </w:pPr>
            <w:r w:rsidRPr="001754F0">
              <w:rPr>
                <w:rFonts w:cs="Times New Roman"/>
                <w:sz w:val="15"/>
              </w:rPr>
              <w:t>4</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6AD5907" w14:textId="77777777" w:rsidR="00C113F1" w:rsidRPr="001754F0" w:rsidRDefault="000018F1">
            <w:pPr>
              <w:spacing w:after="0"/>
              <w:rPr>
                <w:rFonts w:cs="Times New Roman"/>
              </w:rPr>
            </w:pPr>
            <w:r w:rsidRPr="001754F0">
              <w:rPr>
                <w:rFonts w:cs="Times New Roman"/>
                <w:sz w:val="15"/>
              </w:rPr>
              <w:t>Local / project office and administration, if applicable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3D1AA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33C8C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FAAC49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5450BE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4E69375" w14:textId="77777777" w:rsidR="00C113F1" w:rsidRPr="001754F0" w:rsidRDefault="00C113F1">
            <w:pPr>
              <w:spacing w:after="0"/>
              <w:rPr>
                <w:rFonts w:cs="Times New Roman"/>
              </w:rPr>
            </w:pPr>
          </w:p>
        </w:tc>
      </w:tr>
      <w:tr w:rsidR="00C113F1" w:rsidRPr="001754F0" w14:paraId="0CD94B5C"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8B7151" w14:textId="77777777" w:rsidR="00C113F1" w:rsidRPr="001754F0" w:rsidRDefault="000018F1">
            <w:pPr>
              <w:spacing w:after="0"/>
              <w:rPr>
                <w:rFonts w:cs="Times New Roman"/>
              </w:rPr>
            </w:pPr>
            <w:r w:rsidRPr="001754F0">
              <w:rPr>
                <w:rFonts w:cs="Times New Roman"/>
                <w:sz w:val="15"/>
              </w:rPr>
              <w:t>5</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4871B0D" w14:textId="77777777" w:rsidR="00C113F1" w:rsidRPr="001754F0" w:rsidRDefault="000018F1">
            <w:pPr>
              <w:spacing w:after="0"/>
              <w:rPr>
                <w:rFonts w:cs="Times New Roman"/>
              </w:rPr>
            </w:pPr>
            <w:r w:rsidRPr="001754F0">
              <w:rPr>
                <w:rFonts w:cs="Times New Roman"/>
                <w:sz w:val="15"/>
              </w:rPr>
              <w:t>Other costs and services (training, mentoring, events, communication, etc.)</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E25876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0C877C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5A7BC5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EF17ED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19CF113" w14:textId="77777777" w:rsidR="00C113F1" w:rsidRPr="001754F0" w:rsidRDefault="00C113F1">
            <w:pPr>
              <w:spacing w:after="0"/>
              <w:rPr>
                <w:rFonts w:cs="Times New Roman"/>
              </w:rPr>
            </w:pPr>
          </w:p>
        </w:tc>
      </w:tr>
      <w:tr w:rsidR="00C113F1" w:rsidRPr="001754F0" w14:paraId="3BC14DA8"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2CB9A7" w14:textId="77777777" w:rsidR="00C113F1" w:rsidRPr="001754F0" w:rsidRDefault="000018F1">
            <w:pPr>
              <w:spacing w:after="0"/>
              <w:rPr>
                <w:rFonts w:cs="Times New Roman"/>
              </w:rPr>
            </w:pPr>
            <w:r w:rsidRPr="001754F0">
              <w:rPr>
                <w:rFonts w:cs="Times New Roman"/>
                <w:sz w:val="15"/>
              </w:rPr>
              <w:t>6</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9DAFC1B" w14:textId="77777777" w:rsidR="00C113F1" w:rsidRPr="001754F0" w:rsidRDefault="000018F1">
            <w:pPr>
              <w:spacing w:after="0"/>
              <w:rPr>
                <w:rFonts w:cs="Times New Roman"/>
              </w:rPr>
            </w:pPr>
            <w:r w:rsidRPr="001754F0">
              <w:rPr>
                <w:rFonts w:cs="Times New Roman"/>
                <w:sz w:val="15"/>
              </w:rPr>
              <w:t>Other / support to beneficiaries or third parties, if applicable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10679B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079310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45A026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C1AF9B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EBBD13" w14:textId="77777777" w:rsidR="00C113F1" w:rsidRPr="001754F0" w:rsidRDefault="00C113F1">
            <w:pPr>
              <w:spacing w:after="0"/>
              <w:rPr>
                <w:rFonts w:cs="Times New Roman"/>
              </w:rPr>
            </w:pPr>
          </w:p>
        </w:tc>
      </w:tr>
      <w:tr w:rsidR="00C113F1" w:rsidRPr="001754F0" w14:paraId="0C0BB51A"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1CCF203" w14:textId="77777777" w:rsidR="00C113F1" w:rsidRPr="001754F0" w:rsidRDefault="000018F1">
            <w:pPr>
              <w:spacing w:after="0"/>
              <w:rPr>
                <w:rFonts w:cs="Times New Roman"/>
              </w:rPr>
            </w:pPr>
            <w:r w:rsidRPr="001754F0">
              <w:rPr>
                <w:rFonts w:cs="Times New Roman"/>
                <w:sz w:val="15"/>
              </w:rPr>
              <w:t>7</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E6D179C" w14:textId="77777777" w:rsidR="00C113F1" w:rsidRPr="001754F0" w:rsidRDefault="000018F1">
            <w:pPr>
              <w:spacing w:after="0"/>
              <w:rPr>
                <w:rFonts w:cs="Times New Roman"/>
              </w:rPr>
            </w:pPr>
            <w:r w:rsidRPr="001754F0">
              <w:rPr>
                <w:rFonts w:cs="Times New Roman"/>
                <w:sz w:val="15"/>
              </w:rPr>
              <w:t>Indirect costs, if approved</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A2F903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DBB947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03AC1C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9293D4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206692" w14:textId="77777777" w:rsidR="00C113F1" w:rsidRPr="001754F0" w:rsidRDefault="00C113F1">
            <w:pPr>
              <w:spacing w:after="0"/>
              <w:rPr>
                <w:rFonts w:cs="Times New Roman"/>
              </w:rPr>
            </w:pPr>
          </w:p>
        </w:tc>
      </w:tr>
      <w:tr w:rsidR="00C113F1" w:rsidRPr="001754F0" w14:paraId="6F1CBFCC" w14:textId="77777777" w:rsidTr="001754F0">
        <w:trPr>
          <w:cantSplit/>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2F538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A52F67" w14:textId="77777777" w:rsidR="00C113F1" w:rsidRPr="001754F0" w:rsidRDefault="000018F1">
            <w:pPr>
              <w:spacing w:after="0"/>
              <w:rPr>
                <w:rFonts w:cs="Times New Roman"/>
              </w:rPr>
            </w:pPr>
            <w:r w:rsidRPr="001754F0">
              <w:rPr>
                <w:rFonts w:cs="Times New Roman"/>
                <w:sz w:val="15"/>
              </w:rPr>
              <w:t>TOTAL ELIGIBLE COSTS</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E183A7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287BBF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C432A1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7B22D5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981440E" w14:textId="77777777" w:rsidR="00C113F1" w:rsidRPr="001754F0" w:rsidRDefault="00C113F1">
            <w:pPr>
              <w:spacing w:after="0"/>
              <w:rPr>
                <w:rFonts w:cs="Times New Roman"/>
              </w:rPr>
            </w:pPr>
          </w:p>
        </w:tc>
      </w:tr>
    </w:tbl>
    <w:p w14:paraId="3CF6F8E9" w14:textId="77777777" w:rsidR="00C113F1" w:rsidRPr="001754F0" w:rsidRDefault="000018F1">
      <w:pPr>
        <w:keepNext/>
        <w:spacing w:before="140"/>
        <w:rPr>
          <w:rFonts w:cs="Times New Roman"/>
        </w:rPr>
      </w:pPr>
      <w:r w:rsidRPr="001754F0">
        <w:rPr>
          <w:rFonts w:cs="Times New Roman"/>
          <w:b/>
          <w:sz w:val="21"/>
        </w:rPr>
        <w:t>Financial reconciliation</w:t>
      </w:r>
    </w:p>
    <w:tbl>
      <w:tblPr>
        <w:tblStyle w:val="TableGrid"/>
        <w:tblW w:w="14706" w:type="dxa"/>
        <w:jc w:val="center"/>
        <w:tblLook w:val="04A0" w:firstRow="1" w:lastRow="0" w:firstColumn="1" w:lastColumn="0" w:noHBand="0" w:noVBand="1"/>
      </w:tblPr>
      <w:tblGrid>
        <w:gridCol w:w="8067"/>
        <w:gridCol w:w="2500"/>
        <w:gridCol w:w="4139"/>
      </w:tblGrid>
      <w:tr w:rsidR="00C113F1" w:rsidRPr="001754F0" w14:paraId="561A76ED" w14:textId="77777777" w:rsidTr="001754F0">
        <w:trPr>
          <w:cantSplit/>
          <w:trHeight w:val="305"/>
          <w:tblHeader/>
          <w:jc w:val="center"/>
        </w:trPr>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9B7C999" w14:textId="77777777" w:rsidR="00C113F1" w:rsidRPr="001754F0" w:rsidRDefault="000018F1">
            <w:pPr>
              <w:spacing w:after="0"/>
              <w:rPr>
                <w:rFonts w:cs="Times New Roman"/>
              </w:rPr>
            </w:pPr>
            <w:r w:rsidRPr="001754F0">
              <w:rPr>
                <w:rFonts w:cs="Times New Roman"/>
                <w:b/>
                <w:sz w:val="16"/>
              </w:rPr>
              <w:t>Reconciliation item</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4ABDF34F" w14:textId="77777777" w:rsidR="00C113F1" w:rsidRPr="001754F0" w:rsidRDefault="000018F1">
            <w:pPr>
              <w:spacing w:after="0"/>
              <w:rPr>
                <w:rFonts w:cs="Times New Roman"/>
              </w:rPr>
            </w:pPr>
            <w:r w:rsidRPr="001754F0">
              <w:rPr>
                <w:rFonts w:cs="Times New Roman"/>
                <w:b/>
                <w:sz w:val="16"/>
              </w:rPr>
              <w:t>EUR amount</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42BF9C9" w14:textId="77777777" w:rsidR="00C113F1" w:rsidRPr="001754F0" w:rsidRDefault="000018F1">
            <w:pPr>
              <w:spacing w:after="0"/>
              <w:rPr>
                <w:rFonts w:cs="Times New Roman"/>
              </w:rPr>
            </w:pPr>
            <w:r w:rsidRPr="001754F0">
              <w:rPr>
                <w:rFonts w:cs="Times New Roman"/>
                <w:b/>
                <w:sz w:val="16"/>
              </w:rPr>
              <w:t>Explanation / reference</w:t>
            </w:r>
          </w:p>
        </w:tc>
      </w:tr>
      <w:tr w:rsidR="00C113F1" w:rsidRPr="001754F0" w14:paraId="79A14EF4" w14:textId="77777777" w:rsidTr="001754F0">
        <w:trPr>
          <w:cantSplit/>
          <w:trHeight w:val="385"/>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05132F2" w14:textId="77777777" w:rsidR="00C113F1" w:rsidRPr="001754F0" w:rsidRDefault="000018F1">
            <w:pPr>
              <w:spacing w:after="0"/>
              <w:rPr>
                <w:rFonts w:cs="Times New Roman"/>
              </w:rPr>
            </w:pPr>
            <w:r w:rsidRPr="001754F0">
              <w:rPr>
                <w:rFonts w:cs="Times New Roman"/>
                <w:sz w:val="16"/>
              </w:rPr>
              <w:t>Approved grant amount</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61C4761" w14:textId="77777777" w:rsidR="00C113F1" w:rsidRPr="001754F0" w:rsidRDefault="000018F1">
            <w:pPr>
              <w:spacing w:after="0"/>
              <w:rPr>
                <w:rFonts w:cs="Times New Roman"/>
              </w:rPr>
            </w:pPr>
            <w:r w:rsidRPr="001754F0">
              <w:rPr>
                <w:rFonts w:cs="Times New Roman"/>
                <w:sz w:val="16"/>
              </w:rPr>
              <w:t>20,000</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5EB296F" w14:textId="77777777" w:rsidR="00C113F1" w:rsidRPr="001754F0" w:rsidRDefault="00C113F1">
            <w:pPr>
              <w:spacing w:after="0"/>
              <w:rPr>
                <w:rFonts w:cs="Times New Roman"/>
              </w:rPr>
            </w:pPr>
          </w:p>
        </w:tc>
      </w:tr>
      <w:tr w:rsidR="00C113F1" w:rsidRPr="001754F0" w14:paraId="29068337" w14:textId="77777777" w:rsidTr="001754F0">
        <w:trPr>
          <w:cantSplit/>
          <w:trHeight w:val="385"/>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5ED95B" w14:textId="77777777" w:rsidR="00C113F1" w:rsidRPr="001754F0" w:rsidRDefault="000018F1">
            <w:pPr>
              <w:spacing w:after="0"/>
              <w:rPr>
                <w:rFonts w:cs="Times New Roman"/>
              </w:rPr>
            </w:pPr>
            <w:r w:rsidRPr="001754F0">
              <w:rPr>
                <w:rFonts w:cs="Times New Roman"/>
                <w:sz w:val="16"/>
              </w:rPr>
              <w:t>Total grant received to date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C5557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6DB005" w14:textId="77777777" w:rsidR="00C113F1" w:rsidRPr="001754F0" w:rsidRDefault="00C113F1">
            <w:pPr>
              <w:spacing w:after="0"/>
              <w:rPr>
                <w:rFonts w:cs="Times New Roman"/>
              </w:rPr>
            </w:pPr>
          </w:p>
        </w:tc>
      </w:tr>
      <w:tr w:rsidR="00C113F1" w:rsidRPr="001754F0" w14:paraId="4F07CEFE" w14:textId="77777777" w:rsidTr="001754F0">
        <w:trPr>
          <w:cantSplit/>
          <w:trHeight w:val="385"/>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9E48ED2" w14:textId="77777777" w:rsidR="00C113F1" w:rsidRPr="001754F0" w:rsidRDefault="000018F1">
            <w:pPr>
              <w:spacing w:after="0"/>
              <w:rPr>
                <w:rFonts w:cs="Times New Roman"/>
              </w:rPr>
            </w:pPr>
            <w:r w:rsidRPr="001754F0">
              <w:rPr>
                <w:rFonts w:cs="Times New Roman"/>
                <w:sz w:val="16"/>
              </w:rPr>
              <w:t>Total eligible expenditure reported</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048172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8AE3A84" w14:textId="77777777" w:rsidR="00C113F1" w:rsidRPr="001754F0" w:rsidRDefault="00C113F1">
            <w:pPr>
              <w:spacing w:after="0"/>
              <w:rPr>
                <w:rFonts w:cs="Times New Roman"/>
              </w:rPr>
            </w:pPr>
          </w:p>
        </w:tc>
      </w:tr>
      <w:tr w:rsidR="00C113F1" w:rsidRPr="001754F0" w14:paraId="12848786" w14:textId="77777777" w:rsidTr="001754F0">
        <w:trPr>
          <w:cantSplit/>
          <w:trHeight w:val="406"/>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99CB59F" w14:textId="77777777" w:rsidR="00C113F1" w:rsidRPr="001754F0" w:rsidRDefault="000018F1">
            <w:pPr>
              <w:spacing w:after="0"/>
              <w:rPr>
                <w:rFonts w:cs="Times New Roman"/>
              </w:rPr>
            </w:pPr>
            <w:r w:rsidRPr="001754F0">
              <w:rPr>
                <w:rFonts w:cs="Times New Roman"/>
                <w:sz w:val="16"/>
              </w:rPr>
              <w:t>Unspent balance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F07C5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3DDE41A" w14:textId="77777777" w:rsidR="00C113F1" w:rsidRPr="001754F0" w:rsidRDefault="00C113F1">
            <w:pPr>
              <w:spacing w:after="0"/>
              <w:rPr>
                <w:rFonts w:cs="Times New Roman"/>
              </w:rPr>
            </w:pPr>
          </w:p>
        </w:tc>
      </w:tr>
      <w:tr w:rsidR="00C113F1" w:rsidRPr="001754F0" w14:paraId="6ACEE2FA" w14:textId="77777777" w:rsidTr="001754F0">
        <w:trPr>
          <w:cantSplit/>
          <w:trHeight w:val="385"/>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14FDD80" w14:textId="77777777" w:rsidR="00C113F1" w:rsidRPr="001754F0" w:rsidRDefault="000018F1">
            <w:pPr>
              <w:spacing w:after="0"/>
              <w:rPr>
                <w:rFonts w:cs="Times New Roman"/>
              </w:rPr>
            </w:pPr>
            <w:r w:rsidRPr="001754F0">
              <w:rPr>
                <w:rFonts w:cs="Times New Roman"/>
                <w:sz w:val="16"/>
              </w:rPr>
              <w:t>Amount to be reimbursed / recovered, if applicable</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F1255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132F432" w14:textId="77777777" w:rsidR="00C113F1" w:rsidRPr="001754F0" w:rsidRDefault="00C113F1">
            <w:pPr>
              <w:spacing w:after="0"/>
              <w:rPr>
                <w:rFonts w:cs="Times New Roman"/>
              </w:rPr>
            </w:pPr>
          </w:p>
        </w:tc>
      </w:tr>
    </w:tbl>
    <w:p w14:paraId="1DE66F3B" w14:textId="77777777" w:rsidR="00C113F1" w:rsidRPr="001754F0" w:rsidRDefault="000018F1">
      <w:pPr>
        <w:pStyle w:val="Heading1"/>
        <w:pageBreakBefore/>
        <w:rPr>
          <w:rFonts w:ascii="Times New Roman" w:hAnsi="Times New Roman" w:cs="Times New Roman"/>
        </w:rPr>
      </w:pPr>
      <w:r w:rsidRPr="001754F0">
        <w:rPr>
          <w:rFonts w:ascii="Times New Roman" w:hAnsi="Times New Roman" w:cs="Times New Roman"/>
        </w:rPr>
        <w:lastRenderedPageBreak/>
        <w:t>I.6 List of Expenditure</w:t>
      </w:r>
    </w:p>
    <w:p w14:paraId="2C45FF2E" w14:textId="77777777" w:rsidR="00C113F1" w:rsidRPr="001754F0" w:rsidRDefault="000018F1">
      <w:pPr>
        <w:pStyle w:val="Instruction"/>
        <w:rPr>
          <w:rFonts w:cs="Times New Roman"/>
        </w:rPr>
      </w:pPr>
      <w:r w:rsidRPr="001754F0">
        <w:rPr>
          <w:rFonts w:cs="Times New Roman"/>
        </w:rPr>
        <w:t>List each transaction claimed in the financial report. Use one line per accounting transaction. Where the original currency is not EUR, show the exchange rate used and the resulting EUR amount. Add rows as necessary.</w:t>
      </w:r>
    </w:p>
    <w:tbl>
      <w:tblPr>
        <w:tblStyle w:val="TableGrid"/>
        <w:tblW w:w="14707" w:type="dxa"/>
        <w:jc w:val="center"/>
        <w:tblLook w:val="04A0" w:firstRow="1" w:lastRow="0" w:firstColumn="1" w:lastColumn="0" w:noHBand="0" w:noVBand="1"/>
      </w:tblPr>
      <w:tblGrid>
        <w:gridCol w:w="412"/>
        <w:gridCol w:w="930"/>
        <w:gridCol w:w="1175"/>
        <w:gridCol w:w="1238"/>
        <w:gridCol w:w="942"/>
        <w:gridCol w:w="1492"/>
        <w:gridCol w:w="1818"/>
        <w:gridCol w:w="815"/>
        <w:gridCol w:w="1277"/>
        <w:gridCol w:w="1123"/>
        <w:gridCol w:w="1082"/>
        <w:gridCol w:w="2403"/>
      </w:tblGrid>
      <w:tr w:rsidR="00C113F1" w:rsidRPr="001754F0" w14:paraId="3E933B77" w14:textId="77777777" w:rsidTr="001754F0">
        <w:trPr>
          <w:cantSplit/>
          <w:trHeight w:val="153"/>
          <w:tblHeader/>
          <w:jc w:val="center"/>
        </w:trPr>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45B4BE6" w14:textId="77777777" w:rsidR="00C113F1" w:rsidRPr="001754F0" w:rsidRDefault="000018F1">
            <w:pPr>
              <w:spacing w:after="0"/>
              <w:rPr>
                <w:rFonts w:cs="Times New Roman"/>
              </w:rPr>
            </w:pPr>
            <w:r w:rsidRPr="001754F0">
              <w:rPr>
                <w:rFonts w:cs="Times New Roman"/>
                <w:b/>
                <w:sz w:val="13"/>
              </w:rPr>
              <w:t>No.</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0D7B7546" w14:textId="77777777" w:rsidR="00C113F1" w:rsidRPr="001754F0" w:rsidRDefault="000018F1">
            <w:pPr>
              <w:spacing w:after="0"/>
              <w:rPr>
                <w:rFonts w:cs="Times New Roman"/>
              </w:rPr>
            </w:pPr>
            <w:r w:rsidRPr="001754F0">
              <w:rPr>
                <w:rFonts w:cs="Times New Roman"/>
                <w:b/>
                <w:sz w:val="13"/>
              </w:rPr>
              <w:t>Budget line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44EB32E" w14:textId="77777777" w:rsidR="00C113F1" w:rsidRPr="001754F0" w:rsidRDefault="000018F1">
            <w:pPr>
              <w:spacing w:after="0"/>
              <w:rPr>
                <w:rFonts w:cs="Times New Roman"/>
              </w:rPr>
            </w:pPr>
            <w:r w:rsidRPr="001754F0">
              <w:rPr>
                <w:rFonts w:cs="Times New Roman"/>
                <w:b/>
                <w:sz w:val="13"/>
              </w:rPr>
              <w:t>Document date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A3CC0C1" w14:textId="77777777" w:rsidR="00C113F1" w:rsidRPr="001754F0" w:rsidRDefault="000018F1">
            <w:pPr>
              <w:spacing w:after="0"/>
              <w:rPr>
                <w:rFonts w:cs="Times New Roman"/>
              </w:rPr>
            </w:pPr>
            <w:r w:rsidRPr="001754F0">
              <w:rPr>
                <w:rFonts w:cs="Times New Roman"/>
                <w:b/>
                <w:sz w:val="13"/>
              </w:rPr>
              <w:t>Supplier / payee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7BB8C2C" w14:textId="77777777" w:rsidR="00C113F1" w:rsidRPr="001754F0" w:rsidRDefault="000018F1">
            <w:pPr>
              <w:spacing w:after="0"/>
              <w:rPr>
                <w:rFonts w:cs="Times New Roman"/>
              </w:rPr>
            </w:pPr>
            <w:r w:rsidRPr="001754F0">
              <w:rPr>
                <w:rFonts w:cs="Times New Roman"/>
                <w:b/>
                <w:sz w:val="13"/>
              </w:rPr>
              <w:t>Description</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0FD4894" w14:textId="77777777" w:rsidR="00C113F1" w:rsidRPr="001754F0" w:rsidRDefault="000018F1">
            <w:pPr>
              <w:spacing w:after="0"/>
              <w:rPr>
                <w:rFonts w:cs="Times New Roman"/>
              </w:rPr>
            </w:pPr>
            <w:r w:rsidRPr="001754F0">
              <w:rPr>
                <w:rFonts w:cs="Times New Roman"/>
                <w:b/>
                <w:sz w:val="13"/>
              </w:rPr>
              <w:t>Invoice / receipt ref.</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7FD63260" w14:textId="77777777" w:rsidR="00C113F1" w:rsidRPr="001754F0" w:rsidRDefault="000018F1">
            <w:pPr>
              <w:spacing w:after="0"/>
              <w:rPr>
                <w:rFonts w:cs="Times New Roman"/>
              </w:rPr>
            </w:pPr>
            <w:r w:rsidRPr="001754F0">
              <w:rPr>
                <w:rFonts w:cs="Times New Roman"/>
                <w:b/>
                <w:sz w:val="13"/>
              </w:rPr>
              <w:t>Payment date / proof ref.</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7577A32" w14:textId="77777777" w:rsidR="00C113F1" w:rsidRPr="001754F0" w:rsidRDefault="000018F1">
            <w:pPr>
              <w:spacing w:after="0"/>
              <w:rPr>
                <w:rFonts w:cs="Times New Roman"/>
              </w:rPr>
            </w:pPr>
            <w:r w:rsidRPr="001754F0">
              <w:rPr>
                <w:rFonts w:cs="Times New Roman"/>
                <w:b/>
                <w:sz w:val="13"/>
              </w:rPr>
              <w:t>Currency</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1F7AA9A" w14:textId="77777777" w:rsidR="00C113F1" w:rsidRPr="001754F0" w:rsidRDefault="000018F1">
            <w:pPr>
              <w:spacing w:after="0"/>
              <w:rPr>
                <w:rFonts w:cs="Times New Roman"/>
              </w:rPr>
            </w:pPr>
            <w:r w:rsidRPr="001754F0">
              <w:rPr>
                <w:rFonts w:cs="Times New Roman"/>
                <w:b/>
                <w:sz w:val="13"/>
              </w:rPr>
              <w:t>Original amount</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2558B901" w14:textId="77777777" w:rsidR="00C113F1" w:rsidRPr="001754F0" w:rsidRDefault="000018F1">
            <w:pPr>
              <w:spacing w:after="0"/>
              <w:rPr>
                <w:rFonts w:cs="Times New Roman"/>
              </w:rPr>
            </w:pPr>
            <w:r w:rsidRPr="001754F0">
              <w:rPr>
                <w:rFonts w:cs="Times New Roman"/>
                <w:b/>
                <w:sz w:val="13"/>
              </w:rPr>
              <w:t>Exchange rate</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57BE13C8" w14:textId="77777777" w:rsidR="00C113F1" w:rsidRPr="001754F0" w:rsidRDefault="000018F1">
            <w:pPr>
              <w:spacing w:after="0"/>
              <w:rPr>
                <w:rFonts w:cs="Times New Roman"/>
              </w:rPr>
            </w:pPr>
            <w:r w:rsidRPr="001754F0">
              <w:rPr>
                <w:rFonts w:cs="Times New Roman"/>
                <w:b/>
                <w:sz w:val="13"/>
              </w:rPr>
              <w:t>Amount EUR</w:t>
            </w:r>
          </w:p>
        </w:tc>
        <w:tc>
          <w:tcPr>
            <w:tcW w:w="0" w:type="auto"/>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3209D73E" w14:textId="77777777" w:rsidR="00C113F1" w:rsidRPr="001754F0" w:rsidRDefault="000018F1">
            <w:pPr>
              <w:spacing w:after="0"/>
              <w:rPr>
                <w:rFonts w:cs="Times New Roman"/>
              </w:rPr>
            </w:pPr>
            <w:r w:rsidRPr="001754F0">
              <w:rPr>
                <w:rFonts w:cs="Times New Roman"/>
                <w:b/>
                <w:sz w:val="13"/>
              </w:rPr>
              <w:t>Procurement / supporting doc ref.</w:t>
            </w:r>
          </w:p>
        </w:tc>
      </w:tr>
      <w:tr w:rsidR="00C113F1" w:rsidRPr="001754F0" w14:paraId="3B41EF53"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5D2B2F" w14:textId="77777777" w:rsidR="00C113F1" w:rsidRPr="001754F0" w:rsidRDefault="000018F1">
            <w:pPr>
              <w:spacing w:after="0"/>
              <w:rPr>
                <w:rFonts w:cs="Times New Roman"/>
              </w:rPr>
            </w:pPr>
            <w:r w:rsidRPr="001754F0">
              <w:rPr>
                <w:rFonts w:cs="Times New Roman"/>
                <w:sz w:val="13"/>
              </w:rPr>
              <w:t>1</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4E739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2B4D5E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7DB56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7A652F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C9D75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4584B3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49CEC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8D72D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97A984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F320D7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3BE80C" w14:textId="77777777" w:rsidR="00C113F1" w:rsidRPr="001754F0" w:rsidRDefault="00C113F1">
            <w:pPr>
              <w:spacing w:after="0"/>
              <w:rPr>
                <w:rFonts w:cs="Times New Roman"/>
              </w:rPr>
            </w:pPr>
          </w:p>
        </w:tc>
      </w:tr>
      <w:tr w:rsidR="00C113F1" w:rsidRPr="001754F0" w14:paraId="314C8DAA" w14:textId="77777777" w:rsidTr="001754F0">
        <w:trPr>
          <w:cantSplit/>
          <w:trHeight w:val="256"/>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B870A42" w14:textId="77777777" w:rsidR="00C113F1" w:rsidRPr="001754F0" w:rsidRDefault="000018F1">
            <w:pPr>
              <w:spacing w:after="0"/>
              <w:rPr>
                <w:rFonts w:cs="Times New Roman"/>
              </w:rPr>
            </w:pPr>
            <w:r w:rsidRPr="001754F0">
              <w:rPr>
                <w:rFonts w:cs="Times New Roman"/>
                <w:sz w:val="13"/>
              </w:rPr>
              <w:t>2</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A16E4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106DA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4AE9D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BFAD9D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182FD8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945967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DA9117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0FE6B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129DD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3E5D7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B9514D2" w14:textId="77777777" w:rsidR="00C113F1" w:rsidRPr="001754F0" w:rsidRDefault="00C113F1">
            <w:pPr>
              <w:spacing w:after="0"/>
              <w:rPr>
                <w:rFonts w:cs="Times New Roman"/>
              </w:rPr>
            </w:pPr>
          </w:p>
        </w:tc>
      </w:tr>
      <w:tr w:rsidR="00C113F1" w:rsidRPr="001754F0" w14:paraId="321A608B"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0E37046" w14:textId="77777777" w:rsidR="00C113F1" w:rsidRPr="001754F0" w:rsidRDefault="000018F1">
            <w:pPr>
              <w:spacing w:after="0"/>
              <w:rPr>
                <w:rFonts w:cs="Times New Roman"/>
              </w:rPr>
            </w:pPr>
            <w:r w:rsidRPr="001754F0">
              <w:rPr>
                <w:rFonts w:cs="Times New Roman"/>
                <w:sz w:val="13"/>
              </w:rPr>
              <w:t>3</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0570C2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6798B5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FE315F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CDA54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D4A6FC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AE2C9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3F1386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80EA7C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5486D7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69D449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5CB862" w14:textId="77777777" w:rsidR="00C113F1" w:rsidRPr="001754F0" w:rsidRDefault="00C113F1">
            <w:pPr>
              <w:spacing w:after="0"/>
              <w:rPr>
                <w:rFonts w:cs="Times New Roman"/>
              </w:rPr>
            </w:pPr>
          </w:p>
        </w:tc>
      </w:tr>
      <w:tr w:rsidR="00C113F1" w:rsidRPr="001754F0" w14:paraId="5DECE973"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F67F46" w14:textId="77777777" w:rsidR="00C113F1" w:rsidRPr="001754F0" w:rsidRDefault="000018F1">
            <w:pPr>
              <w:spacing w:after="0"/>
              <w:rPr>
                <w:rFonts w:cs="Times New Roman"/>
              </w:rPr>
            </w:pPr>
            <w:r w:rsidRPr="001754F0">
              <w:rPr>
                <w:rFonts w:cs="Times New Roman"/>
                <w:sz w:val="13"/>
              </w:rPr>
              <w:t>4</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37D84E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160A85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283A8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65A03B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64E5A6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6EFEF9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C79EE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286B2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FA3591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89E6BD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09D4F02" w14:textId="77777777" w:rsidR="00C113F1" w:rsidRPr="001754F0" w:rsidRDefault="00C113F1">
            <w:pPr>
              <w:spacing w:after="0"/>
              <w:rPr>
                <w:rFonts w:cs="Times New Roman"/>
              </w:rPr>
            </w:pPr>
          </w:p>
        </w:tc>
      </w:tr>
      <w:tr w:rsidR="00C113F1" w:rsidRPr="001754F0" w14:paraId="0DB78201"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C4C601" w14:textId="77777777" w:rsidR="00C113F1" w:rsidRPr="001754F0" w:rsidRDefault="000018F1">
            <w:pPr>
              <w:spacing w:after="0"/>
              <w:rPr>
                <w:rFonts w:cs="Times New Roman"/>
              </w:rPr>
            </w:pPr>
            <w:r w:rsidRPr="001754F0">
              <w:rPr>
                <w:rFonts w:cs="Times New Roman"/>
                <w:sz w:val="13"/>
              </w:rPr>
              <w:t>5</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BECFD6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DC2984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D59EF9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48FBB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0EDC4D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A4733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E6124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45708C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9F97B5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FE5EE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38C7029" w14:textId="77777777" w:rsidR="00C113F1" w:rsidRPr="001754F0" w:rsidRDefault="00C113F1">
            <w:pPr>
              <w:spacing w:after="0"/>
              <w:rPr>
                <w:rFonts w:cs="Times New Roman"/>
              </w:rPr>
            </w:pPr>
          </w:p>
        </w:tc>
      </w:tr>
      <w:tr w:rsidR="00C113F1" w:rsidRPr="001754F0" w14:paraId="288793CB"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03212D" w14:textId="77777777" w:rsidR="00C113F1" w:rsidRPr="001754F0" w:rsidRDefault="000018F1">
            <w:pPr>
              <w:spacing w:after="0"/>
              <w:rPr>
                <w:rFonts w:cs="Times New Roman"/>
              </w:rPr>
            </w:pPr>
            <w:r w:rsidRPr="001754F0">
              <w:rPr>
                <w:rFonts w:cs="Times New Roman"/>
                <w:sz w:val="13"/>
              </w:rPr>
              <w:t>6</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1C99C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F437C3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015AE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E08C1E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103BC6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5F43B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B6635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0E6EA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0B7D94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817661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4B540E6" w14:textId="77777777" w:rsidR="00C113F1" w:rsidRPr="001754F0" w:rsidRDefault="00C113F1">
            <w:pPr>
              <w:spacing w:after="0"/>
              <w:rPr>
                <w:rFonts w:cs="Times New Roman"/>
              </w:rPr>
            </w:pPr>
          </w:p>
        </w:tc>
      </w:tr>
      <w:tr w:rsidR="00C113F1" w:rsidRPr="001754F0" w14:paraId="070BEF6E"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43D9D39" w14:textId="77777777" w:rsidR="00C113F1" w:rsidRPr="001754F0" w:rsidRDefault="000018F1">
            <w:pPr>
              <w:spacing w:after="0"/>
              <w:rPr>
                <w:rFonts w:cs="Times New Roman"/>
              </w:rPr>
            </w:pPr>
            <w:r w:rsidRPr="001754F0">
              <w:rPr>
                <w:rFonts w:cs="Times New Roman"/>
                <w:sz w:val="13"/>
              </w:rPr>
              <w:t>7</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C582A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633012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DBF70E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5B624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0D60A2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E500AC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BB40B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DAFDD4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C8598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1FC2E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884BB23" w14:textId="77777777" w:rsidR="00C113F1" w:rsidRPr="001754F0" w:rsidRDefault="00C113F1">
            <w:pPr>
              <w:spacing w:after="0"/>
              <w:rPr>
                <w:rFonts w:cs="Times New Roman"/>
              </w:rPr>
            </w:pPr>
          </w:p>
        </w:tc>
      </w:tr>
      <w:tr w:rsidR="00C113F1" w:rsidRPr="001754F0" w14:paraId="27344EC0"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ED0DE6" w14:textId="77777777" w:rsidR="00C113F1" w:rsidRPr="001754F0" w:rsidRDefault="000018F1">
            <w:pPr>
              <w:spacing w:after="0"/>
              <w:rPr>
                <w:rFonts w:cs="Times New Roman"/>
              </w:rPr>
            </w:pPr>
            <w:r w:rsidRPr="001754F0">
              <w:rPr>
                <w:rFonts w:cs="Times New Roman"/>
                <w:sz w:val="13"/>
              </w:rPr>
              <w:t>8</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43B209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B5D702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A496C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385D5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8622D7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977446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F87641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1826F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19CA75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1CC1F2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D4DD22" w14:textId="77777777" w:rsidR="00C113F1" w:rsidRPr="001754F0" w:rsidRDefault="00C113F1">
            <w:pPr>
              <w:spacing w:after="0"/>
              <w:rPr>
                <w:rFonts w:cs="Times New Roman"/>
              </w:rPr>
            </w:pPr>
          </w:p>
        </w:tc>
      </w:tr>
      <w:tr w:rsidR="00C113F1" w:rsidRPr="001754F0" w14:paraId="7054D485"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CBDD6B9" w14:textId="77777777" w:rsidR="00C113F1" w:rsidRPr="001754F0" w:rsidRDefault="000018F1">
            <w:pPr>
              <w:spacing w:after="0"/>
              <w:rPr>
                <w:rFonts w:cs="Times New Roman"/>
              </w:rPr>
            </w:pPr>
            <w:r w:rsidRPr="001754F0">
              <w:rPr>
                <w:rFonts w:cs="Times New Roman"/>
                <w:sz w:val="13"/>
              </w:rPr>
              <w:t>9</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9E328C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A1707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E64EC0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0BEF3F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A1886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7FB543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DB14D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2BAE81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66F44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3B52E0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B419F6" w14:textId="77777777" w:rsidR="00C113F1" w:rsidRPr="001754F0" w:rsidRDefault="00C113F1">
            <w:pPr>
              <w:spacing w:after="0"/>
              <w:rPr>
                <w:rFonts w:cs="Times New Roman"/>
              </w:rPr>
            </w:pPr>
          </w:p>
        </w:tc>
      </w:tr>
      <w:tr w:rsidR="00C113F1" w:rsidRPr="001754F0" w14:paraId="13EE43A2"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169F093" w14:textId="77777777" w:rsidR="00C113F1" w:rsidRPr="001754F0" w:rsidRDefault="000018F1">
            <w:pPr>
              <w:spacing w:after="0"/>
              <w:rPr>
                <w:rFonts w:cs="Times New Roman"/>
              </w:rPr>
            </w:pPr>
            <w:r w:rsidRPr="001754F0">
              <w:rPr>
                <w:rFonts w:cs="Times New Roman"/>
                <w:sz w:val="13"/>
              </w:rPr>
              <w:t>10</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83EED6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127470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DC304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350D1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A4486A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1EF415D"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AB4E3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0E3C3F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CE1682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651A9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7BB3507" w14:textId="77777777" w:rsidR="00C113F1" w:rsidRPr="001754F0" w:rsidRDefault="00C113F1">
            <w:pPr>
              <w:spacing w:after="0"/>
              <w:rPr>
                <w:rFonts w:cs="Times New Roman"/>
              </w:rPr>
            </w:pPr>
          </w:p>
        </w:tc>
      </w:tr>
      <w:tr w:rsidR="00C113F1" w:rsidRPr="001754F0" w14:paraId="53D99FF8"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A55B85" w14:textId="77777777" w:rsidR="00C113F1" w:rsidRPr="001754F0" w:rsidRDefault="000018F1">
            <w:pPr>
              <w:spacing w:after="0"/>
              <w:rPr>
                <w:rFonts w:cs="Times New Roman"/>
              </w:rPr>
            </w:pPr>
            <w:r w:rsidRPr="001754F0">
              <w:rPr>
                <w:rFonts w:cs="Times New Roman"/>
                <w:sz w:val="13"/>
              </w:rPr>
              <w:t>11</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0B4C39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C0ACF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B80DD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F6F5F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46B73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6F03CC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957AEB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D6DDA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5021F7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D7E033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64EB098" w14:textId="77777777" w:rsidR="00C113F1" w:rsidRPr="001754F0" w:rsidRDefault="00C113F1">
            <w:pPr>
              <w:spacing w:after="0"/>
              <w:rPr>
                <w:rFonts w:cs="Times New Roman"/>
              </w:rPr>
            </w:pPr>
          </w:p>
        </w:tc>
      </w:tr>
      <w:tr w:rsidR="00C113F1" w:rsidRPr="001754F0" w14:paraId="386F8431"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DAC462" w14:textId="77777777" w:rsidR="00C113F1" w:rsidRPr="001754F0" w:rsidRDefault="000018F1">
            <w:pPr>
              <w:spacing w:after="0"/>
              <w:rPr>
                <w:rFonts w:cs="Times New Roman"/>
              </w:rPr>
            </w:pPr>
            <w:r w:rsidRPr="001754F0">
              <w:rPr>
                <w:rFonts w:cs="Times New Roman"/>
                <w:sz w:val="13"/>
              </w:rPr>
              <w:t>12</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9ACD4E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670213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6B82F5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FE464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FDAC17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63C205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BB148A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B3C039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863374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14CCD8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757DFF" w14:textId="77777777" w:rsidR="00C113F1" w:rsidRPr="001754F0" w:rsidRDefault="00C113F1">
            <w:pPr>
              <w:spacing w:after="0"/>
              <w:rPr>
                <w:rFonts w:cs="Times New Roman"/>
              </w:rPr>
            </w:pPr>
          </w:p>
        </w:tc>
      </w:tr>
      <w:tr w:rsidR="00C113F1" w:rsidRPr="001754F0" w14:paraId="2DE6FD54"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92F1C80" w14:textId="77777777" w:rsidR="00C113F1" w:rsidRPr="001754F0" w:rsidRDefault="000018F1">
            <w:pPr>
              <w:spacing w:after="0"/>
              <w:rPr>
                <w:rFonts w:cs="Times New Roman"/>
              </w:rPr>
            </w:pPr>
            <w:r w:rsidRPr="001754F0">
              <w:rPr>
                <w:rFonts w:cs="Times New Roman"/>
                <w:sz w:val="13"/>
              </w:rPr>
              <w:t>13</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F652608"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670B7F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4EDF1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5D0629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6625B3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653626C"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F3773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2324D3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EC9A3C2"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89BFC5A"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2CEF59" w14:textId="77777777" w:rsidR="00C113F1" w:rsidRPr="001754F0" w:rsidRDefault="00C113F1">
            <w:pPr>
              <w:spacing w:after="0"/>
              <w:rPr>
                <w:rFonts w:cs="Times New Roman"/>
              </w:rPr>
            </w:pPr>
          </w:p>
        </w:tc>
      </w:tr>
      <w:tr w:rsidR="00C113F1" w:rsidRPr="001754F0" w14:paraId="4CC2C5F0" w14:textId="77777777" w:rsidTr="001754F0">
        <w:trPr>
          <w:cantSplit/>
          <w:trHeight w:val="256"/>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1914ABF" w14:textId="77777777" w:rsidR="00C113F1" w:rsidRPr="001754F0" w:rsidRDefault="000018F1">
            <w:pPr>
              <w:spacing w:after="0"/>
              <w:rPr>
                <w:rFonts w:cs="Times New Roman"/>
              </w:rPr>
            </w:pPr>
            <w:r w:rsidRPr="001754F0">
              <w:rPr>
                <w:rFonts w:cs="Times New Roman"/>
                <w:sz w:val="13"/>
              </w:rPr>
              <w:t>14</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DED42F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22E3BA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B2FAD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4DD20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F7F8B8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B175404"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FEDEDE"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4B8B415"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CE13D6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FD85F7"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091DA2" w14:textId="77777777" w:rsidR="00C113F1" w:rsidRPr="001754F0" w:rsidRDefault="00C113F1">
            <w:pPr>
              <w:spacing w:after="0"/>
              <w:rPr>
                <w:rFonts w:cs="Times New Roman"/>
              </w:rPr>
            </w:pPr>
          </w:p>
        </w:tc>
      </w:tr>
      <w:tr w:rsidR="00C113F1" w:rsidRPr="001754F0" w14:paraId="7AC7E155" w14:textId="77777777" w:rsidTr="001754F0">
        <w:trPr>
          <w:cantSplit/>
          <w:trHeight w:val="244"/>
          <w:jc w:val="center"/>
        </w:trPr>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7306C37" w14:textId="77777777" w:rsidR="00C113F1" w:rsidRPr="001754F0" w:rsidRDefault="000018F1">
            <w:pPr>
              <w:spacing w:after="0"/>
              <w:rPr>
                <w:rFonts w:cs="Times New Roman"/>
              </w:rPr>
            </w:pPr>
            <w:r w:rsidRPr="001754F0">
              <w:rPr>
                <w:rFonts w:cs="Times New Roman"/>
                <w:sz w:val="13"/>
              </w:rPr>
              <w:t>15</w:t>
            </w: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7B466A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ED1F07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043951"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8179199"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B3964C3"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3DB5FEF"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1FC3E8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4F76756"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43FAC0"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4F76D8B" w14:textId="77777777" w:rsidR="00C113F1" w:rsidRPr="001754F0" w:rsidRDefault="00C113F1">
            <w:pPr>
              <w:spacing w:after="0"/>
              <w:rPr>
                <w:rFonts w:cs="Times New Roman"/>
              </w:rPr>
            </w:pPr>
          </w:p>
        </w:tc>
        <w:tc>
          <w:tcPr>
            <w:tcW w:w="0" w:type="auto"/>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3324683" w14:textId="77777777" w:rsidR="00C113F1" w:rsidRPr="001754F0" w:rsidRDefault="00C113F1">
            <w:pPr>
              <w:spacing w:after="0"/>
              <w:rPr>
                <w:rFonts w:cs="Times New Roman"/>
              </w:rPr>
            </w:pPr>
          </w:p>
        </w:tc>
      </w:tr>
    </w:tbl>
    <w:p w14:paraId="611C8099" w14:textId="77777777" w:rsidR="00C113F1" w:rsidRPr="001754F0" w:rsidRDefault="00C113F1">
      <w:pPr>
        <w:rPr>
          <w:rFonts w:cs="Times New Roman"/>
        </w:rPr>
        <w:sectPr w:rsidR="00C113F1" w:rsidRPr="001754F0">
          <w:pgSz w:w="15840" w:h="12240" w:orient="landscape"/>
          <w:pgMar w:top="709" w:right="709" w:bottom="765" w:left="709" w:header="369" w:footer="369" w:gutter="0"/>
          <w:cols w:space="720"/>
          <w:docGrid w:linePitch="360"/>
        </w:sectPr>
      </w:pPr>
    </w:p>
    <w:p w14:paraId="1D7E5E34" w14:textId="77777777" w:rsidR="00C113F1" w:rsidRPr="001754F0" w:rsidRDefault="000018F1">
      <w:pPr>
        <w:pStyle w:val="Heading1"/>
        <w:rPr>
          <w:rFonts w:ascii="Times New Roman" w:hAnsi="Times New Roman" w:cs="Times New Roman"/>
        </w:rPr>
      </w:pPr>
      <w:r w:rsidRPr="001754F0">
        <w:rPr>
          <w:rFonts w:ascii="Times New Roman" w:hAnsi="Times New Roman" w:cs="Times New Roman"/>
        </w:rPr>
        <w:lastRenderedPageBreak/>
        <w:t>I.7 Supporting Documents Checklist</w:t>
      </w:r>
    </w:p>
    <w:p w14:paraId="13F0A498" w14:textId="77777777" w:rsidR="00C113F1" w:rsidRPr="001754F0" w:rsidRDefault="000018F1">
      <w:pPr>
        <w:pStyle w:val="Instruction"/>
        <w:rPr>
          <w:rFonts w:cs="Times New Roman"/>
        </w:rPr>
      </w:pPr>
      <w:r w:rsidRPr="001754F0">
        <w:rPr>
          <w:rFonts w:cs="Times New Roman"/>
        </w:rPr>
        <w:t>Mark the documents attached to the report or available in the project file. Attach only the documentation required by the Subgrant Agreement or requested by the Contracting Authority; retain all originals/authoritative records for verification.</w:t>
      </w:r>
    </w:p>
    <w:tbl>
      <w:tblPr>
        <w:tblStyle w:val="TableGrid"/>
        <w:tblW w:w="0" w:type="auto"/>
        <w:jc w:val="center"/>
        <w:tblLayout w:type="fixed"/>
        <w:tblLook w:val="04A0" w:firstRow="1" w:lastRow="0" w:firstColumn="1" w:lastColumn="0" w:noHBand="0" w:noVBand="1"/>
      </w:tblPr>
      <w:tblGrid>
        <w:gridCol w:w="4932"/>
        <w:gridCol w:w="2268"/>
        <w:gridCol w:w="2324"/>
      </w:tblGrid>
      <w:tr w:rsidR="00C113F1" w:rsidRPr="001754F0" w14:paraId="588ED78C" w14:textId="77777777">
        <w:trPr>
          <w:cantSplit/>
          <w:tblHeader/>
          <w:jc w:val="center"/>
        </w:trPr>
        <w:tc>
          <w:tcPr>
            <w:tcW w:w="4932"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11E71B6F" w14:textId="77777777" w:rsidR="00C113F1" w:rsidRPr="001754F0" w:rsidRDefault="000018F1">
            <w:pPr>
              <w:spacing w:after="0"/>
              <w:rPr>
                <w:rFonts w:cs="Times New Roman"/>
              </w:rPr>
            </w:pPr>
            <w:r w:rsidRPr="001754F0">
              <w:rPr>
                <w:rFonts w:cs="Times New Roman"/>
                <w:b/>
                <w:sz w:val="16"/>
              </w:rPr>
              <w:t>Supporting document</w:t>
            </w:r>
          </w:p>
        </w:tc>
        <w:tc>
          <w:tcPr>
            <w:tcW w:w="2268"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6A143E59" w14:textId="77777777" w:rsidR="00C113F1" w:rsidRPr="001754F0" w:rsidRDefault="000018F1">
            <w:pPr>
              <w:spacing w:after="0"/>
              <w:rPr>
                <w:rFonts w:cs="Times New Roman"/>
              </w:rPr>
            </w:pPr>
            <w:r w:rsidRPr="001754F0">
              <w:rPr>
                <w:rFonts w:cs="Times New Roman"/>
                <w:b/>
                <w:sz w:val="16"/>
              </w:rPr>
              <w:t>Status</w:t>
            </w:r>
          </w:p>
        </w:tc>
        <w:tc>
          <w:tcPr>
            <w:tcW w:w="2324" w:type="dxa"/>
            <w:tcBorders>
              <w:top w:val="single" w:sz="6" w:space="0" w:color="808080"/>
              <w:left w:val="single" w:sz="6" w:space="0" w:color="808080"/>
              <w:bottom w:val="single" w:sz="6" w:space="0" w:color="808080"/>
              <w:right w:val="single" w:sz="6" w:space="0" w:color="808080"/>
            </w:tcBorders>
            <w:shd w:val="clear" w:color="auto" w:fill="D9D9D9"/>
            <w:tcMar>
              <w:top w:w="70" w:type="dxa"/>
              <w:left w:w="80" w:type="dxa"/>
              <w:bottom w:w="70" w:type="dxa"/>
              <w:right w:w="80" w:type="dxa"/>
            </w:tcMar>
            <w:vAlign w:val="center"/>
          </w:tcPr>
          <w:p w14:paraId="25A8D20C" w14:textId="77777777" w:rsidR="00C113F1" w:rsidRPr="001754F0" w:rsidRDefault="000018F1">
            <w:pPr>
              <w:spacing w:after="0"/>
              <w:rPr>
                <w:rFonts w:cs="Times New Roman"/>
              </w:rPr>
            </w:pPr>
            <w:r w:rsidRPr="001754F0">
              <w:rPr>
                <w:rFonts w:cs="Times New Roman"/>
                <w:b/>
                <w:sz w:val="16"/>
              </w:rPr>
              <w:t>Reference / comments</w:t>
            </w:r>
          </w:p>
        </w:tc>
      </w:tr>
      <w:tr w:rsidR="00C113F1" w:rsidRPr="001754F0" w14:paraId="52D624EF"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EFF0BE" w14:textId="77777777" w:rsidR="00C113F1" w:rsidRPr="00557A55" w:rsidRDefault="000018F1">
            <w:pPr>
              <w:spacing w:after="0"/>
              <w:rPr>
                <w:rFonts w:cs="Times New Roman"/>
                <w:szCs w:val="28"/>
              </w:rPr>
            </w:pPr>
            <w:r w:rsidRPr="00557A55">
              <w:rPr>
                <w:rFonts w:cs="Times New Roman"/>
                <w:szCs w:val="28"/>
              </w:rPr>
              <w:t>Invoices / receipts / fiscal documents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1F3B5E3"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D95B1E2" w14:textId="77777777" w:rsidR="00C113F1" w:rsidRPr="00557A55" w:rsidRDefault="00C113F1">
            <w:pPr>
              <w:spacing w:after="0"/>
              <w:rPr>
                <w:rFonts w:cs="Times New Roman"/>
                <w:szCs w:val="28"/>
              </w:rPr>
            </w:pPr>
          </w:p>
        </w:tc>
      </w:tr>
      <w:tr w:rsidR="00C113F1" w:rsidRPr="001754F0" w14:paraId="19F28904"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C53CBFF" w14:textId="77777777" w:rsidR="00C113F1" w:rsidRPr="00557A55" w:rsidRDefault="000018F1">
            <w:pPr>
              <w:spacing w:after="0"/>
              <w:rPr>
                <w:rFonts w:cs="Times New Roman"/>
                <w:szCs w:val="28"/>
              </w:rPr>
            </w:pPr>
            <w:r w:rsidRPr="00557A55">
              <w:rPr>
                <w:rFonts w:cs="Times New Roman"/>
                <w:szCs w:val="28"/>
              </w:rPr>
              <w:t>Proof of payment / bank statements / cash payment evidence</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5C5FA69"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72462E4" w14:textId="77777777" w:rsidR="00C113F1" w:rsidRPr="00557A55" w:rsidRDefault="00C113F1">
            <w:pPr>
              <w:spacing w:after="0"/>
              <w:rPr>
                <w:rFonts w:cs="Times New Roman"/>
                <w:szCs w:val="28"/>
              </w:rPr>
            </w:pPr>
          </w:p>
        </w:tc>
      </w:tr>
      <w:tr w:rsidR="00C113F1" w:rsidRPr="001754F0" w14:paraId="248B83AA"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87F1D2C" w14:textId="77777777" w:rsidR="00C113F1" w:rsidRPr="00557A55" w:rsidRDefault="000018F1">
            <w:pPr>
              <w:spacing w:after="0"/>
              <w:rPr>
                <w:rFonts w:cs="Times New Roman"/>
                <w:szCs w:val="28"/>
              </w:rPr>
            </w:pPr>
            <w:r w:rsidRPr="00557A55">
              <w:rPr>
                <w:rFonts w:cs="Times New Roman"/>
                <w:szCs w:val="28"/>
              </w:rPr>
              <w:t>Contracts / purchase orders / engagement agreements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F8ED5BD"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5AA6256" w14:textId="77777777" w:rsidR="00C113F1" w:rsidRPr="00557A55" w:rsidRDefault="00C113F1">
            <w:pPr>
              <w:spacing w:after="0"/>
              <w:rPr>
                <w:rFonts w:cs="Times New Roman"/>
                <w:szCs w:val="28"/>
              </w:rPr>
            </w:pPr>
          </w:p>
        </w:tc>
      </w:tr>
      <w:tr w:rsidR="00C113F1" w:rsidRPr="001754F0" w14:paraId="59AD0ACD"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746E581" w14:textId="77777777" w:rsidR="00C113F1" w:rsidRPr="00557A55" w:rsidRDefault="000018F1">
            <w:pPr>
              <w:spacing w:after="0"/>
              <w:rPr>
                <w:rFonts w:cs="Times New Roman"/>
                <w:szCs w:val="28"/>
              </w:rPr>
            </w:pPr>
            <w:r w:rsidRPr="00557A55">
              <w:rPr>
                <w:rFonts w:cs="Times New Roman"/>
                <w:szCs w:val="28"/>
              </w:rPr>
              <w:t>Procurement documentation / quotations / evaluation records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5DF4A0D"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2289370" w14:textId="77777777" w:rsidR="00C113F1" w:rsidRPr="00557A55" w:rsidRDefault="00C113F1">
            <w:pPr>
              <w:spacing w:after="0"/>
              <w:rPr>
                <w:rFonts w:cs="Times New Roman"/>
                <w:szCs w:val="28"/>
              </w:rPr>
            </w:pPr>
          </w:p>
        </w:tc>
      </w:tr>
      <w:tr w:rsidR="00C113F1" w:rsidRPr="001754F0" w14:paraId="027CB431"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E842F84" w14:textId="77777777" w:rsidR="00C113F1" w:rsidRPr="00557A55" w:rsidRDefault="000018F1">
            <w:pPr>
              <w:spacing w:after="0"/>
              <w:rPr>
                <w:rFonts w:cs="Times New Roman"/>
                <w:szCs w:val="28"/>
              </w:rPr>
            </w:pPr>
            <w:r w:rsidRPr="00557A55">
              <w:rPr>
                <w:rFonts w:cs="Times New Roman"/>
                <w:szCs w:val="28"/>
              </w:rPr>
              <w:t>Payroll documents / timesheets, where applicable</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01FBB04"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C5636AF" w14:textId="77777777" w:rsidR="00C113F1" w:rsidRPr="00557A55" w:rsidRDefault="00C113F1">
            <w:pPr>
              <w:spacing w:after="0"/>
              <w:rPr>
                <w:rFonts w:cs="Times New Roman"/>
                <w:szCs w:val="28"/>
              </w:rPr>
            </w:pPr>
          </w:p>
        </w:tc>
      </w:tr>
      <w:tr w:rsidR="00C113F1" w:rsidRPr="001754F0" w14:paraId="1E74092D"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5195C66" w14:textId="77777777" w:rsidR="00C113F1" w:rsidRPr="00557A55" w:rsidRDefault="000018F1">
            <w:pPr>
              <w:spacing w:after="0"/>
              <w:rPr>
                <w:rFonts w:cs="Times New Roman"/>
                <w:szCs w:val="28"/>
              </w:rPr>
            </w:pPr>
            <w:r w:rsidRPr="00557A55">
              <w:rPr>
                <w:rFonts w:cs="Times New Roman"/>
                <w:szCs w:val="28"/>
              </w:rPr>
              <w:t>Travel / transport documentation, where applicable</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8FA690F"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99D312A" w14:textId="77777777" w:rsidR="00C113F1" w:rsidRPr="00557A55" w:rsidRDefault="00C113F1">
            <w:pPr>
              <w:spacing w:after="0"/>
              <w:rPr>
                <w:rFonts w:cs="Times New Roman"/>
                <w:szCs w:val="28"/>
              </w:rPr>
            </w:pPr>
          </w:p>
        </w:tc>
      </w:tr>
      <w:tr w:rsidR="00C113F1" w:rsidRPr="001754F0" w14:paraId="47D471F6"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490D2FF" w14:textId="77777777" w:rsidR="00C113F1" w:rsidRPr="00557A55" w:rsidRDefault="000018F1">
            <w:pPr>
              <w:spacing w:after="0"/>
              <w:rPr>
                <w:rFonts w:cs="Times New Roman"/>
                <w:szCs w:val="28"/>
              </w:rPr>
            </w:pPr>
            <w:r w:rsidRPr="00557A55">
              <w:rPr>
                <w:rFonts w:cs="Times New Roman"/>
                <w:szCs w:val="28"/>
              </w:rPr>
              <w:t>Attendance lists / participant records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2FB5DB3"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046666F" w14:textId="77777777" w:rsidR="00C113F1" w:rsidRPr="00557A55" w:rsidRDefault="00C113F1">
            <w:pPr>
              <w:spacing w:after="0"/>
              <w:rPr>
                <w:rFonts w:cs="Times New Roman"/>
                <w:szCs w:val="28"/>
              </w:rPr>
            </w:pPr>
          </w:p>
        </w:tc>
      </w:tr>
      <w:tr w:rsidR="00C113F1" w:rsidRPr="001754F0" w14:paraId="35C044CD"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C24C8B4" w14:textId="77777777" w:rsidR="00C113F1" w:rsidRPr="00557A55" w:rsidRDefault="000018F1">
            <w:pPr>
              <w:spacing w:after="0"/>
              <w:rPr>
                <w:rFonts w:cs="Times New Roman"/>
                <w:szCs w:val="28"/>
              </w:rPr>
            </w:pPr>
            <w:r w:rsidRPr="00557A55">
              <w:rPr>
                <w:rFonts w:cs="Times New Roman"/>
                <w:szCs w:val="28"/>
              </w:rPr>
              <w:t>Beneficiary outreach / selection records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A346F2A"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8998CEC" w14:textId="77777777" w:rsidR="00C113F1" w:rsidRPr="00557A55" w:rsidRDefault="00C113F1">
            <w:pPr>
              <w:spacing w:after="0"/>
              <w:rPr>
                <w:rFonts w:cs="Times New Roman"/>
                <w:szCs w:val="28"/>
              </w:rPr>
            </w:pPr>
          </w:p>
        </w:tc>
      </w:tr>
      <w:tr w:rsidR="00C113F1" w:rsidRPr="001754F0" w14:paraId="50AD2824"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C1C4B1C" w14:textId="77777777" w:rsidR="00C113F1" w:rsidRPr="00557A55" w:rsidRDefault="000018F1">
            <w:pPr>
              <w:spacing w:after="0"/>
              <w:rPr>
                <w:rFonts w:cs="Times New Roman"/>
                <w:szCs w:val="28"/>
              </w:rPr>
            </w:pPr>
            <w:r w:rsidRPr="00557A55">
              <w:rPr>
                <w:rFonts w:cs="Times New Roman"/>
                <w:szCs w:val="28"/>
              </w:rPr>
              <w:t>Training materials / certificates / activity reports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47A3475"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6F3B4AB0" w14:textId="77777777" w:rsidR="00C113F1" w:rsidRPr="00557A55" w:rsidRDefault="00C113F1">
            <w:pPr>
              <w:spacing w:after="0"/>
              <w:rPr>
                <w:rFonts w:cs="Times New Roman"/>
                <w:szCs w:val="28"/>
              </w:rPr>
            </w:pPr>
          </w:p>
        </w:tc>
      </w:tr>
      <w:tr w:rsidR="00C113F1" w:rsidRPr="001754F0" w14:paraId="6DDFDD0B"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E9BDA1" w14:textId="77777777" w:rsidR="00C113F1" w:rsidRPr="00557A55" w:rsidRDefault="000018F1">
            <w:pPr>
              <w:spacing w:after="0"/>
              <w:rPr>
                <w:rFonts w:cs="Times New Roman"/>
                <w:szCs w:val="28"/>
              </w:rPr>
            </w:pPr>
            <w:r w:rsidRPr="00557A55">
              <w:rPr>
                <w:rFonts w:cs="Times New Roman"/>
                <w:szCs w:val="28"/>
              </w:rPr>
              <w:t>Evidence of employment / self-employment / apprenticeship / income results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B1C8715"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076EFF3" w14:textId="77777777" w:rsidR="00C113F1" w:rsidRPr="00557A55" w:rsidRDefault="00C113F1">
            <w:pPr>
              <w:spacing w:after="0"/>
              <w:rPr>
                <w:rFonts w:cs="Times New Roman"/>
                <w:szCs w:val="28"/>
              </w:rPr>
            </w:pPr>
          </w:p>
        </w:tc>
      </w:tr>
      <w:tr w:rsidR="00C113F1" w:rsidRPr="001754F0" w14:paraId="740A5E45"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02FEFCD" w14:textId="77777777" w:rsidR="00C113F1" w:rsidRPr="00557A55" w:rsidRDefault="000018F1">
            <w:pPr>
              <w:spacing w:after="0"/>
              <w:rPr>
                <w:rFonts w:cs="Times New Roman"/>
                <w:szCs w:val="28"/>
              </w:rPr>
            </w:pPr>
            <w:r w:rsidRPr="00557A55">
              <w:rPr>
                <w:rFonts w:cs="Times New Roman"/>
                <w:szCs w:val="28"/>
              </w:rPr>
              <w:t>Deliverables / outputs / products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A0F53C8"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90DDE00" w14:textId="77777777" w:rsidR="00C113F1" w:rsidRPr="00557A55" w:rsidRDefault="00C113F1">
            <w:pPr>
              <w:spacing w:after="0"/>
              <w:rPr>
                <w:rFonts w:cs="Times New Roman"/>
                <w:szCs w:val="28"/>
              </w:rPr>
            </w:pPr>
          </w:p>
        </w:tc>
      </w:tr>
      <w:tr w:rsidR="00C113F1" w:rsidRPr="001754F0" w14:paraId="67CA1CB2"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CF66B7" w14:textId="77777777" w:rsidR="00C113F1" w:rsidRPr="00557A55" w:rsidRDefault="000018F1">
            <w:pPr>
              <w:spacing w:after="0"/>
              <w:rPr>
                <w:rFonts w:cs="Times New Roman"/>
                <w:szCs w:val="28"/>
              </w:rPr>
            </w:pPr>
            <w:r w:rsidRPr="00557A55">
              <w:rPr>
                <w:rFonts w:cs="Times New Roman"/>
                <w:szCs w:val="28"/>
              </w:rPr>
              <w:t>Photos / communication and EU visibility evidence</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BA458D1"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AF017B3" w14:textId="77777777" w:rsidR="00C113F1" w:rsidRPr="00557A55" w:rsidRDefault="00C113F1">
            <w:pPr>
              <w:spacing w:after="0"/>
              <w:rPr>
                <w:rFonts w:cs="Times New Roman"/>
                <w:szCs w:val="28"/>
              </w:rPr>
            </w:pPr>
          </w:p>
        </w:tc>
      </w:tr>
      <w:tr w:rsidR="00C113F1" w:rsidRPr="001754F0" w14:paraId="16253DCD"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FBBBD71" w14:textId="77777777" w:rsidR="00C113F1" w:rsidRPr="00557A55" w:rsidRDefault="000018F1">
            <w:pPr>
              <w:spacing w:after="0"/>
              <w:rPr>
                <w:rFonts w:cs="Times New Roman"/>
                <w:szCs w:val="28"/>
              </w:rPr>
            </w:pPr>
            <w:r w:rsidRPr="00557A55">
              <w:rPr>
                <w:rFonts w:cs="Times New Roman"/>
                <w:szCs w:val="28"/>
              </w:rPr>
              <w:t>Equipment / asset records and handover evidence, where applicable</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05F7DA7"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A645533" w14:textId="77777777" w:rsidR="00C113F1" w:rsidRPr="00557A55" w:rsidRDefault="00C113F1">
            <w:pPr>
              <w:spacing w:after="0"/>
              <w:rPr>
                <w:rFonts w:cs="Times New Roman"/>
                <w:szCs w:val="28"/>
              </w:rPr>
            </w:pPr>
          </w:p>
        </w:tc>
      </w:tr>
      <w:tr w:rsidR="00C113F1" w:rsidRPr="001754F0" w14:paraId="0F7D1722"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2DC0A4C2" w14:textId="77777777" w:rsidR="00C113F1" w:rsidRPr="00557A55" w:rsidRDefault="000018F1">
            <w:pPr>
              <w:spacing w:after="0"/>
              <w:rPr>
                <w:rFonts w:cs="Times New Roman"/>
                <w:szCs w:val="28"/>
              </w:rPr>
            </w:pPr>
            <w:r w:rsidRPr="00557A55">
              <w:rPr>
                <w:rFonts w:cs="Times New Roman"/>
                <w:szCs w:val="28"/>
              </w:rPr>
              <w:t>Updated Logical Framework / indicator evidence, if required</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27D84A9"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34572D99" w14:textId="77777777" w:rsidR="00C113F1" w:rsidRPr="00557A55" w:rsidRDefault="00C113F1">
            <w:pPr>
              <w:spacing w:after="0"/>
              <w:rPr>
                <w:rFonts w:cs="Times New Roman"/>
                <w:szCs w:val="28"/>
              </w:rPr>
            </w:pPr>
          </w:p>
        </w:tc>
      </w:tr>
      <w:tr w:rsidR="00C113F1" w:rsidRPr="001754F0" w14:paraId="4B1EE91D" w14:textId="77777777">
        <w:trPr>
          <w:cantSplit/>
          <w:jc w:val="center"/>
        </w:trPr>
        <w:tc>
          <w:tcPr>
            <w:tcW w:w="4932"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CED30F1" w14:textId="77777777" w:rsidR="00C113F1" w:rsidRPr="00557A55" w:rsidRDefault="000018F1">
            <w:pPr>
              <w:spacing w:after="0"/>
              <w:rPr>
                <w:rFonts w:cs="Times New Roman"/>
                <w:szCs w:val="28"/>
              </w:rPr>
            </w:pPr>
            <w:r w:rsidRPr="00557A55">
              <w:rPr>
                <w:rFonts w:cs="Times New Roman"/>
                <w:szCs w:val="28"/>
              </w:rPr>
              <w:t>Other supporting documents</w:t>
            </w:r>
          </w:p>
        </w:tc>
        <w:tc>
          <w:tcPr>
            <w:tcW w:w="2268"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427B733B" w14:textId="77777777" w:rsidR="00C113F1" w:rsidRPr="00557A55" w:rsidRDefault="000018F1">
            <w:pPr>
              <w:spacing w:after="0"/>
              <w:rPr>
                <w:rFonts w:cs="Times New Roman"/>
                <w:szCs w:val="28"/>
              </w:rPr>
            </w:pPr>
            <w:r w:rsidRPr="00557A55">
              <w:rPr>
                <w:rFonts w:ascii="Segoe UI Symbol" w:hAnsi="Segoe UI Symbol" w:cs="Segoe UI Symbol"/>
                <w:szCs w:val="28"/>
              </w:rPr>
              <w:t>☐</w:t>
            </w:r>
            <w:r w:rsidRPr="00557A55">
              <w:rPr>
                <w:rFonts w:cs="Times New Roman"/>
                <w:szCs w:val="28"/>
              </w:rPr>
              <w:t xml:space="preserve"> Attached   </w:t>
            </w:r>
            <w:r w:rsidRPr="00557A55">
              <w:rPr>
                <w:rFonts w:ascii="Segoe UI Symbol" w:hAnsi="Segoe UI Symbol" w:cs="Segoe UI Symbol"/>
                <w:szCs w:val="28"/>
              </w:rPr>
              <w:t>☐</w:t>
            </w:r>
            <w:r w:rsidRPr="00557A55">
              <w:rPr>
                <w:rFonts w:cs="Times New Roman"/>
                <w:szCs w:val="28"/>
              </w:rPr>
              <w:t xml:space="preserve"> Available   </w:t>
            </w:r>
            <w:r w:rsidRPr="00557A55">
              <w:rPr>
                <w:rFonts w:ascii="Segoe UI Symbol" w:hAnsi="Segoe UI Symbol" w:cs="Segoe UI Symbol"/>
                <w:szCs w:val="28"/>
              </w:rPr>
              <w:t>☐</w:t>
            </w:r>
            <w:r w:rsidRPr="00557A55">
              <w:rPr>
                <w:rFonts w:cs="Times New Roman"/>
                <w:szCs w:val="28"/>
              </w:rPr>
              <w:t xml:space="preserve"> N/A</w:t>
            </w:r>
          </w:p>
        </w:tc>
        <w:tc>
          <w:tcPr>
            <w:tcW w:w="2324"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5006492" w14:textId="77777777" w:rsidR="00C113F1" w:rsidRPr="00557A55" w:rsidRDefault="00C113F1">
            <w:pPr>
              <w:spacing w:after="0"/>
              <w:rPr>
                <w:rFonts w:cs="Times New Roman"/>
                <w:szCs w:val="28"/>
              </w:rPr>
            </w:pPr>
          </w:p>
        </w:tc>
      </w:tr>
    </w:tbl>
    <w:p w14:paraId="17162D9D" w14:textId="77777777" w:rsidR="00557A55" w:rsidRDefault="00557A55" w:rsidP="00557A55"/>
    <w:p w14:paraId="6DE35397" w14:textId="77777777" w:rsidR="00557A55" w:rsidRDefault="00557A55" w:rsidP="00557A55"/>
    <w:p w14:paraId="48E921C9" w14:textId="77777777" w:rsidR="00557A55" w:rsidRDefault="00557A55" w:rsidP="00557A55"/>
    <w:p w14:paraId="5712DE4F" w14:textId="77777777" w:rsidR="00557A55" w:rsidRDefault="00557A55">
      <w:pPr>
        <w:pStyle w:val="Heading1"/>
        <w:rPr>
          <w:rFonts w:ascii="Times New Roman" w:hAnsi="Times New Roman" w:cs="Times New Roman"/>
        </w:rPr>
      </w:pPr>
    </w:p>
    <w:p w14:paraId="09B0AC2A" w14:textId="77777777" w:rsidR="00557A55" w:rsidRDefault="00557A55">
      <w:pPr>
        <w:pStyle w:val="Heading1"/>
        <w:rPr>
          <w:rFonts w:ascii="Times New Roman" w:hAnsi="Times New Roman" w:cs="Times New Roman"/>
        </w:rPr>
      </w:pPr>
    </w:p>
    <w:p w14:paraId="7BE1E096" w14:textId="09E74E3A" w:rsidR="00C113F1" w:rsidRPr="001754F0" w:rsidRDefault="000018F1">
      <w:pPr>
        <w:pStyle w:val="Heading1"/>
        <w:rPr>
          <w:rFonts w:ascii="Times New Roman" w:hAnsi="Times New Roman" w:cs="Times New Roman"/>
        </w:rPr>
      </w:pPr>
      <w:r w:rsidRPr="001754F0">
        <w:rPr>
          <w:rFonts w:ascii="Times New Roman" w:hAnsi="Times New Roman" w:cs="Times New Roman"/>
        </w:rPr>
        <w:t>I.8 Report Declaration</w:t>
      </w:r>
    </w:p>
    <w:p w14:paraId="2371DFA4" w14:textId="77777777" w:rsidR="00C113F1" w:rsidRPr="001754F0" w:rsidRDefault="000018F1">
      <w:pPr>
        <w:pStyle w:val="Instruction"/>
        <w:rPr>
          <w:rFonts w:cs="Times New Roman"/>
        </w:rPr>
      </w:pPr>
      <w:r w:rsidRPr="001754F0">
        <w:rPr>
          <w:rFonts w:cs="Times New Roman"/>
        </w:rPr>
        <w:t>To be signed by the authorised representative of the Beneficiary.</w:t>
      </w:r>
    </w:p>
    <w:p w14:paraId="629D67E0" w14:textId="77777777" w:rsidR="00C113F1" w:rsidRPr="001754F0" w:rsidRDefault="000018F1">
      <w:pPr>
        <w:spacing w:after="160"/>
        <w:rPr>
          <w:rFonts w:cs="Times New Roman"/>
        </w:rPr>
      </w:pPr>
      <w:r w:rsidRPr="001754F0">
        <w:rPr>
          <w:rFonts w:cs="Times New Roman"/>
        </w:rPr>
        <w:t>The Beneficiary confirms that, to the best of its knowledge, the information provided in this report is true, complete and consistent with the project records; the reported expenditure relates to implementation of the approved action and is recorded in the Beneficiary’s accounting or financial records; the same expenditure has not knowingly been claimed twice from another funding source; and the supporting documents and evidence referred to in this report are available for verification. The Beneficiary also</w:t>
      </w:r>
      <w:r w:rsidRPr="001754F0">
        <w:rPr>
          <w:rFonts w:cs="Times New Roman"/>
        </w:rPr>
        <w:t xml:space="preserve"> confirms that material deviations, budget changes and implementation issues requiring notification or approval have been disclosed in this report.</w:t>
      </w:r>
    </w:p>
    <w:tbl>
      <w:tblPr>
        <w:tblStyle w:val="TableGrid"/>
        <w:tblW w:w="0" w:type="auto"/>
        <w:jc w:val="center"/>
        <w:tblLayout w:type="fixed"/>
        <w:tblLook w:val="04A0" w:firstRow="1" w:lastRow="0" w:firstColumn="1" w:lastColumn="0" w:noHBand="0" w:noVBand="1"/>
      </w:tblPr>
      <w:tblGrid>
        <w:gridCol w:w="3402"/>
        <w:gridCol w:w="6123"/>
      </w:tblGrid>
      <w:tr w:rsidR="00C113F1" w:rsidRPr="001754F0" w14:paraId="77494E92"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4BA6D949" w14:textId="77777777" w:rsidR="00C113F1" w:rsidRPr="001754F0" w:rsidRDefault="000018F1">
            <w:pPr>
              <w:spacing w:after="0"/>
              <w:rPr>
                <w:rFonts w:cs="Times New Roman"/>
              </w:rPr>
            </w:pPr>
            <w:r w:rsidRPr="001754F0">
              <w:rPr>
                <w:rFonts w:cs="Times New Roman"/>
                <w:b/>
                <w:sz w:val="18"/>
              </w:rPr>
              <w:t>Name of authorised representative</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AEAA859" w14:textId="77777777" w:rsidR="00C113F1" w:rsidRPr="001754F0" w:rsidRDefault="00C113F1">
            <w:pPr>
              <w:spacing w:after="0"/>
              <w:rPr>
                <w:rFonts w:cs="Times New Roman"/>
              </w:rPr>
            </w:pPr>
          </w:p>
        </w:tc>
      </w:tr>
      <w:tr w:rsidR="00C113F1" w:rsidRPr="001754F0" w14:paraId="14E640F6"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52583AFD" w14:textId="77777777" w:rsidR="00C113F1" w:rsidRPr="001754F0" w:rsidRDefault="000018F1">
            <w:pPr>
              <w:spacing w:after="0"/>
              <w:rPr>
                <w:rFonts w:cs="Times New Roman"/>
              </w:rPr>
            </w:pPr>
            <w:r w:rsidRPr="001754F0">
              <w:rPr>
                <w:rFonts w:cs="Times New Roman"/>
                <w:b/>
                <w:sz w:val="18"/>
              </w:rPr>
              <w:t>Position</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1DDBD0CE" w14:textId="77777777" w:rsidR="00C113F1" w:rsidRPr="001754F0" w:rsidRDefault="00C113F1">
            <w:pPr>
              <w:spacing w:after="0"/>
              <w:rPr>
                <w:rFonts w:cs="Times New Roman"/>
              </w:rPr>
            </w:pPr>
          </w:p>
        </w:tc>
      </w:tr>
      <w:tr w:rsidR="00C113F1" w:rsidRPr="001754F0" w14:paraId="56568A18"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6056D3D7" w14:textId="77777777" w:rsidR="00C113F1" w:rsidRPr="001754F0" w:rsidRDefault="000018F1">
            <w:pPr>
              <w:spacing w:after="0"/>
              <w:rPr>
                <w:rFonts w:cs="Times New Roman"/>
              </w:rPr>
            </w:pPr>
            <w:r w:rsidRPr="001754F0">
              <w:rPr>
                <w:rFonts w:cs="Times New Roman"/>
                <w:b/>
                <w:sz w:val="18"/>
              </w:rPr>
              <w:t>Organisation</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7E09BAF7" w14:textId="77777777" w:rsidR="00C113F1" w:rsidRPr="001754F0" w:rsidRDefault="00C113F1">
            <w:pPr>
              <w:spacing w:after="0"/>
              <w:rPr>
                <w:rFonts w:cs="Times New Roman"/>
              </w:rPr>
            </w:pPr>
          </w:p>
        </w:tc>
      </w:tr>
      <w:tr w:rsidR="00C113F1" w:rsidRPr="001754F0" w14:paraId="582ACB1F"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50FC9801" w14:textId="77777777" w:rsidR="00C113F1" w:rsidRPr="001754F0" w:rsidRDefault="000018F1">
            <w:pPr>
              <w:spacing w:after="0"/>
              <w:rPr>
                <w:rFonts w:cs="Times New Roman"/>
              </w:rPr>
            </w:pPr>
            <w:r w:rsidRPr="001754F0">
              <w:rPr>
                <w:rFonts w:cs="Times New Roman"/>
                <w:b/>
                <w:sz w:val="18"/>
              </w:rPr>
              <w:t>Place and date</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05603DAD" w14:textId="77777777" w:rsidR="00C113F1" w:rsidRPr="001754F0" w:rsidRDefault="00C113F1">
            <w:pPr>
              <w:spacing w:after="0"/>
              <w:rPr>
                <w:rFonts w:cs="Times New Roman"/>
              </w:rPr>
            </w:pPr>
          </w:p>
        </w:tc>
      </w:tr>
      <w:tr w:rsidR="00C113F1" w:rsidRPr="001754F0" w14:paraId="1EDC872A" w14:textId="77777777">
        <w:trPr>
          <w:cantSplit/>
          <w:jc w:val="center"/>
        </w:trPr>
        <w:tc>
          <w:tcPr>
            <w:tcW w:w="3402" w:type="dxa"/>
            <w:tcBorders>
              <w:top w:val="single" w:sz="6" w:space="0" w:color="808080"/>
              <w:left w:val="single" w:sz="6" w:space="0" w:color="808080"/>
              <w:bottom w:val="single" w:sz="6" w:space="0" w:color="808080"/>
              <w:right w:val="single" w:sz="6" w:space="0" w:color="808080"/>
            </w:tcBorders>
            <w:shd w:val="clear" w:color="auto" w:fill="E7E6E6"/>
            <w:tcMar>
              <w:top w:w="70" w:type="dxa"/>
              <w:left w:w="80" w:type="dxa"/>
              <w:bottom w:w="70" w:type="dxa"/>
              <w:right w:w="80" w:type="dxa"/>
            </w:tcMar>
            <w:vAlign w:val="center"/>
          </w:tcPr>
          <w:p w14:paraId="7CBF43B8" w14:textId="77777777" w:rsidR="00C113F1" w:rsidRPr="001754F0" w:rsidRDefault="000018F1">
            <w:pPr>
              <w:spacing w:after="0"/>
              <w:rPr>
                <w:rFonts w:cs="Times New Roman"/>
              </w:rPr>
            </w:pPr>
            <w:r w:rsidRPr="001754F0">
              <w:rPr>
                <w:rFonts w:cs="Times New Roman"/>
                <w:b/>
                <w:sz w:val="18"/>
              </w:rPr>
              <w:t>Signature and stamp, if applicable</w:t>
            </w:r>
          </w:p>
        </w:tc>
        <w:tc>
          <w:tcPr>
            <w:tcW w:w="6123" w:type="dxa"/>
            <w:tcBorders>
              <w:top w:val="single" w:sz="6" w:space="0" w:color="808080"/>
              <w:left w:val="single" w:sz="6" w:space="0" w:color="808080"/>
              <w:bottom w:val="single" w:sz="6" w:space="0" w:color="808080"/>
              <w:right w:val="single" w:sz="6" w:space="0" w:color="808080"/>
            </w:tcBorders>
            <w:tcMar>
              <w:top w:w="70" w:type="dxa"/>
              <w:left w:w="80" w:type="dxa"/>
              <w:bottom w:w="70" w:type="dxa"/>
              <w:right w:w="80" w:type="dxa"/>
            </w:tcMar>
            <w:vAlign w:val="center"/>
          </w:tcPr>
          <w:p w14:paraId="5095D36B" w14:textId="77777777" w:rsidR="00C113F1" w:rsidRPr="001754F0" w:rsidRDefault="00C113F1">
            <w:pPr>
              <w:spacing w:after="0"/>
              <w:rPr>
                <w:rFonts w:cs="Times New Roman"/>
              </w:rPr>
            </w:pPr>
          </w:p>
        </w:tc>
      </w:tr>
    </w:tbl>
    <w:p w14:paraId="0D3A2131" w14:textId="77777777" w:rsidR="00C113F1" w:rsidRPr="001754F0" w:rsidRDefault="000018F1">
      <w:pPr>
        <w:spacing w:before="200"/>
        <w:rPr>
          <w:rFonts w:cs="Times New Roman"/>
        </w:rPr>
      </w:pPr>
      <w:r w:rsidRPr="001754F0">
        <w:rPr>
          <w:rFonts w:cs="Times New Roman"/>
          <w:b/>
          <w:sz w:val="18"/>
        </w:rPr>
        <w:t xml:space="preserve">Final consistency check before submission: </w:t>
      </w:r>
      <w:r w:rsidRPr="001754F0">
        <w:rPr>
          <w:rFonts w:cs="Times New Roman"/>
          <w:sz w:val="18"/>
        </w:rPr>
        <w:t>Narrative results, beneficiary figures, indicator achievements and financial figures should reconcile across Sections I.2–I.6 and with the approved Annex A.2, Annex B and Annex C.</w:t>
      </w:r>
    </w:p>
    <w:sectPr w:rsidR="00C113F1" w:rsidRPr="001754F0" w:rsidSect="00034616">
      <w:pgSz w:w="12240" w:h="15840"/>
      <w:pgMar w:top="879" w:right="1020" w:bottom="935" w:left="1020" w:header="369"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7E9D6" w14:textId="77777777" w:rsidR="000018F1" w:rsidRDefault="000018F1">
      <w:pPr>
        <w:spacing w:after="0"/>
      </w:pPr>
      <w:r>
        <w:separator/>
      </w:r>
    </w:p>
  </w:endnote>
  <w:endnote w:type="continuationSeparator" w:id="0">
    <w:p w14:paraId="3F3C8F9C" w14:textId="77777777" w:rsidR="000018F1" w:rsidRDefault="000018F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F54CA" w14:textId="7971ABF2" w:rsidR="00C113F1" w:rsidRDefault="000018F1">
    <w:pPr>
      <w:pStyle w:val="Footer"/>
      <w:jc w:val="center"/>
    </w:pPr>
    <w:r>
      <w:rPr>
        <w:sz w:val="16"/>
      </w:rPr>
      <w:t>08-31/1-</w:t>
    </w:r>
    <w:proofErr w:type="gramStart"/>
    <w:r>
      <w:rPr>
        <w:sz w:val="16"/>
      </w:rPr>
      <w:t>2026  |</w:t>
    </w:r>
    <w:proofErr w:type="gramEnd"/>
    <w:r>
      <w:rPr>
        <w:sz w:val="16"/>
      </w:rPr>
      <w:t xml:space="preserve">  Annex I - Narrative and Financial Reporting </w:t>
    </w:r>
    <w:proofErr w:type="gramStart"/>
    <w:r>
      <w:rPr>
        <w:sz w:val="16"/>
      </w:rPr>
      <w:t>Template  |</w:t>
    </w:r>
    <w:proofErr w:type="gramEnd"/>
    <w:r>
      <w:rPr>
        <w:sz w:val="16"/>
      </w:rPr>
      <w:t xml:space="preserve">  Page </w:t>
    </w:r>
    <w:r>
      <w:fldChar w:fldCharType="begin"/>
    </w:r>
    <w:r>
      <w:instrText>PAGE</w:instrText>
    </w:r>
    <w:r w:rsidR="001754F0">
      <w:fldChar w:fldCharType="separate"/>
    </w:r>
    <w:r w:rsidR="001754F0">
      <w:rPr>
        <w:noProof/>
      </w:rPr>
      <w:t>1</w:t>
    </w:r>
    <w:r>
      <w:fldChar w:fldCharType="end"/>
    </w:r>
    <w:r>
      <w:rPr>
        <w:sz w:val="16"/>
      </w:rPr>
      <w:t xml:space="preserve"> of </w:t>
    </w:r>
    <w:r>
      <w:fldChar w:fldCharType="begin"/>
    </w:r>
    <w:r>
      <w:instrText>NUMPAGES</w:instrText>
    </w:r>
    <w:r w:rsidR="001754F0">
      <w:fldChar w:fldCharType="separate"/>
    </w:r>
    <w:r w:rsidR="001754F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87A0C" w14:textId="77777777" w:rsidR="000018F1" w:rsidRDefault="000018F1">
      <w:pPr>
        <w:spacing w:after="0"/>
      </w:pPr>
      <w:r>
        <w:separator/>
      </w:r>
    </w:p>
  </w:footnote>
  <w:footnote w:type="continuationSeparator" w:id="0">
    <w:p w14:paraId="01B5B89F" w14:textId="77777777" w:rsidR="000018F1" w:rsidRDefault="000018F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1964220">
    <w:abstractNumId w:val="8"/>
  </w:num>
  <w:num w:numId="2" w16cid:durableId="360470797">
    <w:abstractNumId w:val="6"/>
  </w:num>
  <w:num w:numId="3" w16cid:durableId="151525546">
    <w:abstractNumId w:val="5"/>
  </w:num>
  <w:num w:numId="4" w16cid:durableId="636180904">
    <w:abstractNumId w:val="4"/>
  </w:num>
  <w:num w:numId="5" w16cid:durableId="2103603201">
    <w:abstractNumId w:val="7"/>
  </w:num>
  <w:num w:numId="6" w16cid:durableId="178735301">
    <w:abstractNumId w:val="3"/>
  </w:num>
  <w:num w:numId="7" w16cid:durableId="1815442548">
    <w:abstractNumId w:val="2"/>
  </w:num>
  <w:num w:numId="8" w16cid:durableId="25060811">
    <w:abstractNumId w:val="1"/>
  </w:num>
  <w:num w:numId="9" w16cid:durableId="1840609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8F1"/>
    <w:rsid w:val="00034616"/>
    <w:rsid w:val="0006063C"/>
    <w:rsid w:val="0015074B"/>
    <w:rsid w:val="001754F0"/>
    <w:rsid w:val="0029639D"/>
    <w:rsid w:val="00326F90"/>
    <w:rsid w:val="00557A55"/>
    <w:rsid w:val="00AA1D8D"/>
    <w:rsid w:val="00B47730"/>
    <w:rsid w:val="00C113F1"/>
    <w:rsid w:val="00C516D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CE71F03-F59A-459B-8CF3-FF8A42D73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Times New Roman" w:eastAsia="Times New Roman" w:hAnsi="Times New Roman"/>
      <w:color w:val="000000"/>
      <w:sz w:val="20"/>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40" w:after="80"/>
      <w:contextualSpacing/>
    </w:pPr>
    <w:rPr>
      <w:rFonts w:asciiTheme="majorHAnsi" w:eastAsiaTheme="majorEastAsia" w:hAnsiTheme="majorHAnsi" w:cstheme="majorBidi"/>
      <w:b/>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80" w:line="240" w:lineRule="auto"/>
    </w:pPr>
    <w:rPr>
      <w:rFonts w:ascii="Times New Roman" w:eastAsia="Times New Roman" w:hAnsi="Times New Roman"/>
      <w:i/>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1482</Words>
  <Characters>8448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 Narrative and Financial Reporting Template</dc:title>
  <dc:subject>Small Grants Scheme – Beyond Barriers: Roma Resilience in the Western Balkans</dc:subject>
  <dc:creator>Institute for Research and Policy Analysis – Romalitico</dc:creator>
  <cp:keywords/>
  <dc:description>generated by python-docx</dc:description>
  <cp:lastModifiedBy>albert memeti</cp:lastModifiedBy>
  <cp:revision>3</cp:revision>
  <dcterms:created xsi:type="dcterms:W3CDTF">2013-12-23T23:15:00Z</dcterms:created>
  <dcterms:modified xsi:type="dcterms:W3CDTF">2026-08-09T14:37:00Z</dcterms:modified>
  <cp:category/>
</cp:coreProperties>
</file>